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5927" w14:textId="77777777" w:rsidR="00D80D7D" w:rsidRDefault="00374B5A">
      <w:pPr>
        <w:jc w:val="center"/>
      </w:pPr>
      <w:r>
        <w:rPr>
          <w:b/>
        </w:rPr>
        <w:t>STANDARDY OCHRONY MAŁOLETNICH</w:t>
      </w:r>
      <w:r>
        <w:rPr>
          <w:b/>
        </w:rPr>
        <w:br/>
        <w:t>CENTRUM TERAPII NEUROKIDS</w:t>
      </w:r>
    </w:p>
    <w:p w14:paraId="44DBD627" w14:textId="77777777" w:rsidR="00D80D7D" w:rsidRDefault="00374B5A" w:rsidP="000B07A5">
      <w:pPr>
        <w:pStyle w:val="Nagwek1"/>
        <w:numPr>
          <w:ilvl w:val="0"/>
          <w:numId w:val="12"/>
        </w:numPr>
      </w:pPr>
      <w:r>
        <w:t>Bezpieczne Centrum Terapii Neurokids</w:t>
      </w:r>
    </w:p>
    <w:p w14:paraId="176D6475" w14:textId="77777777" w:rsidR="000B07A5" w:rsidRDefault="00374B5A" w:rsidP="000B07A5">
      <w:pPr>
        <w:pStyle w:val="Akapitzlist"/>
        <w:numPr>
          <w:ilvl w:val="0"/>
          <w:numId w:val="11"/>
        </w:numPr>
      </w:pPr>
      <w:r>
        <w:t xml:space="preserve">W Centrum </w:t>
      </w:r>
      <w:proofErr w:type="spellStart"/>
      <w:r>
        <w:t>Terapii</w:t>
      </w:r>
      <w:proofErr w:type="spellEnd"/>
      <w:r>
        <w:t xml:space="preserve"> Neurokids dobro dziecka stanowi najwyższą wartość. </w:t>
      </w:r>
    </w:p>
    <w:p w14:paraId="37CC6928" w14:textId="77777777" w:rsidR="000B07A5" w:rsidRDefault="00374B5A" w:rsidP="000B07A5">
      <w:pPr>
        <w:pStyle w:val="Akapitzlist"/>
        <w:numPr>
          <w:ilvl w:val="0"/>
          <w:numId w:val="11"/>
        </w:numPr>
      </w:pPr>
      <w:proofErr w:type="spellStart"/>
      <w:r>
        <w:t>Wszystkie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fizjoterapeutów</w:t>
      </w:r>
      <w:proofErr w:type="spellEnd"/>
      <w:r>
        <w:t>,</w:t>
      </w:r>
      <w:r w:rsidR="000B07A5">
        <w:t xml:space="preserve"> </w:t>
      </w:r>
      <w:proofErr w:type="spellStart"/>
      <w:r>
        <w:t>logopedów</w:t>
      </w:r>
      <w:proofErr w:type="spellEnd"/>
      <w:r>
        <w:t xml:space="preserve">, </w:t>
      </w:r>
      <w:proofErr w:type="spellStart"/>
      <w:r>
        <w:t>psychologów</w:t>
      </w:r>
      <w:proofErr w:type="spellEnd"/>
      <w:r>
        <w:t xml:space="preserve">, </w:t>
      </w:r>
      <w:proofErr w:type="spellStart"/>
      <w:r>
        <w:t>pedagogów</w:t>
      </w:r>
      <w:proofErr w:type="spellEnd"/>
      <w:r>
        <w:t xml:space="preserve"> i pozostałych specjalistów ukierunkowane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ochronę</w:t>
      </w:r>
      <w:proofErr w:type="spellEnd"/>
      <w:r>
        <w:t xml:space="preserve"> </w:t>
      </w:r>
      <w:proofErr w:type="spellStart"/>
      <w:r>
        <w:t>zdrowia</w:t>
      </w:r>
      <w:proofErr w:type="spellEnd"/>
      <w:r>
        <w:t>,</w:t>
      </w:r>
      <w:r w:rsidR="000B07A5"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małoletnich</w:t>
      </w:r>
      <w:proofErr w:type="spellEnd"/>
      <w:r>
        <w:t xml:space="preserve">. </w:t>
      </w:r>
    </w:p>
    <w:p w14:paraId="654B764E" w14:textId="77777777" w:rsidR="000B07A5" w:rsidRDefault="00374B5A" w:rsidP="000B07A5">
      <w:pPr>
        <w:pStyle w:val="Akapitzlist"/>
        <w:numPr>
          <w:ilvl w:val="0"/>
          <w:numId w:val="11"/>
        </w:numPr>
      </w:pPr>
      <w:proofErr w:type="spellStart"/>
      <w:r>
        <w:t>Personel</w:t>
      </w:r>
      <w:proofErr w:type="spellEnd"/>
      <w:r>
        <w:t xml:space="preserve"> </w:t>
      </w:r>
      <w:proofErr w:type="spellStart"/>
      <w:r>
        <w:t>posiada</w:t>
      </w:r>
      <w:proofErr w:type="spellEnd"/>
      <w:r>
        <w:t xml:space="preserve"> </w:t>
      </w:r>
      <w:proofErr w:type="spellStart"/>
      <w:r>
        <w:t>odpowiednie</w:t>
      </w:r>
      <w:proofErr w:type="spellEnd"/>
      <w:r>
        <w:t xml:space="preserve"> </w:t>
      </w:r>
      <w:proofErr w:type="spellStart"/>
      <w:r>
        <w:t>kwalifikacje</w:t>
      </w:r>
      <w:proofErr w:type="spellEnd"/>
      <w:r>
        <w:t xml:space="preserve"> </w:t>
      </w:r>
      <w:proofErr w:type="spellStart"/>
      <w:r>
        <w:t>zawodowe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osoby</w:t>
      </w:r>
      <w:proofErr w:type="spellEnd"/>
      <w:r w:rsidR="000B07A5">
        <w:t xml:space="preserve"> </w:t>
      </w:r>
      <w:proofErr w:type="spellStart"/>
      <w:r>
        <w:t>pracujące</w:t>
      </w:r>
      <w:proofErr w:type="spellEnd"/>
      <w:r>
        <w:t xml:space="preserve"> z </w:t>
      </w:r>
      <w:proofErr w:type="spellStart"/>
      <w:r>
        <w:t>dziećmi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dopuszczane</w:t>
      </w:r>
      <w:proofErr w:type="spellEnd"/>
      <w:r>
        <w:t xml:space="preserve"> do pracy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obowiązującymi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>.</w:t>
      </w:r>
    </w:p>
    <w:p w14:paraId="40B37DB8" w14:textId="123A6543" w:rsidR="00D80D7D" w:rsidRDefault="00374B5A" w:rsidP="000B07A5">
      <w:pPr>
        <w:pStyle w:val="Akapitzlist"/>
        <w:numPr>
          <w:ilvl w:val="0"/>
          <w:numId w:val="11"/>
        </w:numPr>
      </w:pPr>
      <w:proofErr w:type="spellStart"/>
      <w:r>
        <w:t>Placówka</w:t>
      </w:r>
      <w:proofErr w:type="spellEnd"/>
      <w:r>
        <w:t xml:space="preserve"> </w:t>
      </w:r>
      <w:proofErr w:type="spellStart"/>
      <w:r>
        <w:t>wdrożyła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małoletnich</w:t>
      </w:r>
      <w:proofErr w:type="spellEnd"/>
      <w:r>
        <w:t>, procedury reagowania na krzywdzenie oraz zasady bezpiecznej komunikacji.</w:t>
      </w:r>
      <w:r>
        <w:br/>
        <w:t>Personel regularnie zapoznaje się z obowiązującymi procedurami i zobowiązany jest do ich przestrzegania.</w:t>
      </w:r>
    </w:p>
    <w:p w14:paraId="40EAE232" w14:textId="77777777" w:rsidR="00D80D7D" w:rsidRDefault="00374B5A" w:rsidP="000B07A5">
      <w:pPr>
        <w:pStyle w:val="Nagwek1"/>
        <w:numPr>
          <w:ilvl w:val="0"/>
          <w:numId w:val="12"/>
        </w:numPr>
      </w:pPr>
      <w:proofErr w:type="spellStart"/>
      <w:r>
        <w:t>Z</w:t>
      </w:r>
      <w:r>
        <w:t>asady</w:t>
      </w:r>
      <w:proofErr w:type="spellEnd"/>
      <w:r>
        <w:t xml:space="preserve"> </w:t>
      </w:r>
      <w:proofErr w:type="spellStart"/>
      <w:r>
        <w:t>bezpiecznych</w:t>
      </w:r>
      <w:proofErr w:type="spellEnd"/>
      <w:r>
        <w:t xml:space="preserve"> </w:t>
      </w:r>
      <w:proofErr w:type="spellStart"/>
      <w:r>
        <w:t>relacji</w:t>
      </w:r>
      <w:proofErr w:type="spellEnd"/>
      <w:r>
        <w:t xml:space="preserve"> </w:t>
      </w:r>
      <w:proofErr w:type="spellStart"/>
      <w:r>
        <w:t>dziecko</w:t>
      </w:r>
      <w:proofErr w:type="spellEnd"/>
      <w:r>
        <w:t>–</w:t>
      </w:r>
      <w:proofErr w:type="spellStart"/>
      <w:r>
        <w:t>specjalista</w:t>
      </w:r>
      <w:proofErr w:type="spellEnd"/>
    </w:p>
    <w:p w14:paraId="02C47502" w14:textId="77777777" w:rsidR="000B07A5" w:rsidRDefault="00374B5A" w:rsidP="000B07A5">
      <w:pPr>
        <w:pStyle w:val="Akapitzlist"/>
        <w:numPr>
          <w:ilvl w:val="0"/>
          <w:numId w:val="13"/>
        </w:numPr>
      </w:pPr>
      <w:proofErr w:type="spellStart"/>
      <w:r>
        <w:t>Każde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ma </w:t>
      </w:r>
      <w:proofErr w:type="spellStart"/>
      <w:r>
        <w:t>prawo</w:t>
      </w:r>
      <w:proofErr w:type="spellEnd"/>
      <w:r>
        <w:t xml:space="preserve"> do szacunku, cierpliwości i życzliwości. </w:t>
      </w:r>
    </w:p>
    <w:p w14:paraId="3503143C" w14:textId="77777777" w:rsidR="000B07A5" w:rsidRDefault="00374B5A" w:rsidP="000B07A5">
      <w:pPr>
        <w:pStyle w:val="Akapitzlist"/>
        <w:numPr>
          <w:ilvl w:val="0"/>
          <w:numId w:val="13"/>
        </w:numPr>
      </w:pPr>
      <w:proofErr w:type="spellStart"/>
      <w:r>
        <w:t>Specjalista</w:t>
      </w:r>
      <w:proofErr w:type="spellEnd"/>
      <w:r>
        <w:t xml:space="preserve"> </w:t>
      </w:r>
      <w:proofErr w:type="spellStart"/>
      <w:r>
        <w:t>zwraca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dziecka</w:t>
      </w:r>
      <w:proofErr w:type="spellEnd"/>
      <w:r>
        <w:t xml:space="preserve"> </w:t>
      </w:r>
      <w:proofErr w:type="spellStart"/>
      <w:r>
        <w:t>językiem</w:t>
      </w:r>
      <w:proofErr w:type="spellEnd"/>
      <w:r w:rsidR="000B07A5">
        <w:t xml:space="preserve"> </w:t>
      </w:r>
      <w:proofErr w:type="spellStart"/>
      <w:r>
        <w:t>dostosowanym</w:t>
      </w:r>
      <w:proofErr w:type="spellEnd"/>
      <w:r>
        <w:t xml:space="preserve"> do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. </w:t>
      </w:r>
    </w:p>
    <w:p w14:paraId="09A9C573" w14:textId="77777777" w:rsidR="000B07A5" w:rsidRDefault="00374B5A" w:rsidP="000B07A5">
      <w:pPr>
        <w:pStyle w:val="Akapitzlist"/>
        <w:numPr>
          <w:ilvl w:val="0"/>
          <w:numId w:val="13"/>
        </w:numPr>
      </w:pPr>
      <w:proofErr w:type="spellStart"/>
      <w:r>
        <w:t>Niedopuszczalne</w:t>
      </w:r>
      <w:proofErr w:type="spellEnd"/>
      <w:r>
        <w:t xml:space="preserve"> jest </w:t>
      </w:r>
      <w:proofErr w:type="spellStart"/>
      <w:r>
        <w:t>zawstydzanie</w:t>
      </w:r>
      <w:proofErr w:type="spellEnd"/>
      <w:r>
        <w:t xml:space="preserve">, </w:t>
      </w:r>
      <w:proofErr w:type="spellStart"/>
      <w:r>
        <w:t>wyśmiewanie</w:t>
      </w:r>
      <w:proofErr w:type="spellEnd"/>
      <w:r>
        <w:t xml:space="preserve">, </w:t>
      </w:r>
      <w:proofErr w:type="spellStart"/>
      <w:r>
        <w:t>straszenie</w:t>
      </w:r>
      <w:proofErr w:type="spellEnd"/>
      <w:r>
        <w:t>,</w:t>
      </w:r>
      <w:r w:rsidR="000B07A5">
        <w:t xml:space="preserve"> </w:t>
      </w:r>
      <w:proofErr w:type="spellStart"/>
      <w:r>
        <w:t>ignorowanie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wykorzystywanie przewagi wynikającej z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pozycji</w:t>
      </w:r>
      <w:proofErr w:type="spellEnd"/>
      <w:r>
        <w:t xml:space="preserve"> </w:t>
      </w:r>
      <w:proofErr w:type="spellStart"/>
      <w:r>
        <w:t>zawodowej</w:t>
      </w:r>
      <w:proofErr w:type="spellEnd"/>
      <w:r>
        <w:t>.</w:t>
      </w:r>
    </w:p>
    <w:p w14:paraId="0DF476A7" w14:textId="4D249B2F" w:rsidR="00D80D7D" w:rsidRDefault="00374B5A" w:rsidP="000B07A5">
      <w:pPr>
        <w:pStyle w:val="Akapitzlist"/>
        <w:numPr>
          <w:ilvl w:val="0"/>
          <w:numId w:val="13"/>
        </w:numPr>
      </w:pPr>
      <w:proofErr w:type="spellStart"/>
      <w:r>
        <w:t>Kontakt</w:t>
      </w:r>
      <w:proofErr w:type="spellEnd"/>
      <w:r>
        <w:t xml:space="preserve"> </w:t>
      </w:r>
      <w:proofErr w:type="spellStart"/>
      <w:r>
        <w:t>fizyczny</w:t>
      </w:r>
      <w:proofErr w:type="spellEnd"/>
      <w:r>
        <w:t xml:space="preserve"> może występować wyłącznie w zakresie </w:t>
      </w:r>
      <w:proofErr w:type="spellStart"/>
      <w:r>
        <w:t>niezbędnym</w:t>
      </w:r>
      <w:proofErr w:type="spellEnd"/>
      <w:r>
        <w:t xml:space="preserve"> do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diagnozy</w:t>
      </w:r>
      <w:proofErr w:type="spellEnd"/>
      <w:r>
        <w:t>,</w:t>
      </w:r>
      <w:r w:rsidR="000B07A5">
        <w:t xml:space="preserve"> </w:t>
      </w:r>
      <w:proofErr w:type="spellStart"/>
      <w:r>
        <w:t>terapii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dziecka</w:t>
      </w:r>
      <w:proofErr w:type="spellEnd"/>
      <w:r>
        <w:t>.</w:t>
      </w:r>
    </w:p>
    <w:p w14:paraId="76789A04" w14:textId="77777777" w:rsidR="00D80D7D" w:rsidRDefault="00374B5A" w:rsidP="000B07A5">
      <w:pPr>
        <w:pStyle w:val="Nagwek1"/>
        <w:numPr>
          <w:ilvl w:val="0"/>
          <w:numId w:val="12"/>
        </w:numPr>
      </w:pPr>
      <w:proofErr w:type="spellStart"/>
      <w:r>
        <w:t>P</w:t>
      </w:r>
      <w:r>
        <w:t>rawo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 do </w:t>
      </w:r>
      <w:proofErr w:type="spellStart"/>
      <w:r>
        <w:t>informacji</w:t>
      </w:r>
      <w:proofErr w:type="spellEnd"/>
    </w:p>
    <w:p w14:paraId="03939708" w14:textId="77777777" w:rsidR="000B07A5" w:rsidRDefault="00374B5A" w:rsidP="000B07A5">
      <w:pPr>
        <w:pStyle w:val="Akapitzlist"/>
        <w:numPr>
          <w:ilvl w:val="0"/>
          <w:numId w:val="14"/>
        </w:numPr>
      </w:pPr>
      <w:r>
        <w:t xml:space="preserve">Przed rozpoczęciem zajęć specjalista przedstawia się i wyjaśnia swoją rolę. </w:t>
      </w:r>
    </w:p>
    <w:p w14:paraId="0BB971E2" w14:textId="0C7FDDD1" w:rsidR="00D80D7D" w:rsidRDefault="00374B5A" w:rsidP="000B07A5">
      <w:pPr>
        <w:pStyle w:val="Akapitzlist"/>
        <w:numPr>
          <w:ilvl w:val="0"/>
          <w:numId w:val="14"/>
        </w:numPr>
      </w:pPr>
      <w:proofErr w:type="spellStart"/>
      <w:r>
        <w:t>Dziecko</w:t>
      </w:r>
      <w:proofErr w:type="spellEnd"/>
      <w:r>
        <w:t xml:space="preserve"> </w:t>
      </w:r>
      <w:proofErr w:type="spellStart"/>
      <w:r>
        <w:t>otrzymuje</w:t>
      </w:r>
      <w:proofErr w:type="spellEnd"/>
      <w:r>
        <w:t xml:space="preserve"> </w:t>
      </w:r>
      <w:proofErr w:type="spellStart"/>
      <w:r>
        <w:t>informacje</w:t>
      </w:r>
      <w:proofErr w:type="spellEnd"/>
      <w:r w:rsidR="000B07A5">
        <w:t xml:space="preserve"> </w:t>
      </w:r>
      <w:r>
        <w:t xml:space="preserve">o </w:t>
      </w:r>
      <w:proofErr w:type="spellStart"/>
      <w:r>
        <w:t>przebiegu</w:t>
      </w:r>
      <w:proofErr w:type="spellEnd"/>
      <w:r>
        <w:t xml:space="preserve"> </w:t>
      </w:r>
      <w:proofErr w:type="spellStart"/>
      <w:r>
        <w:t>terapii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dla niego zrozumiały. Dziecko ma prawo zadawać </w:t>
      </w:r>
      <w:proofErr w:type="spellStart"/>
      <w:r>
        <w:t>pytania</w:t>
      </w:r>
      <w:proofErr w:type="spellEnd"/>
      <w:r>
        <w:t xml:space="preserve">, </w:t>
      </w:r>
      <w:proofErr w:type="spellStart"/>
      <w:r>
        <w:t>wyrażać</w:t>
      </w:r>
      <w:proofErr w:type="spellEnd"/>
      <w:r>
        <w:t xml:space="preserve"> </w:t>
      </w:r>
      <w:proofErr w:type="spellStart"/>
      <w:r>
        <w:t>swoje</w:t>
      </w:r>
      <w:proofErr w:type="spellEnd"/>
      <w:r>
        <w:t xml:space="preserve"> </w:t>
      </w:r>
      <w:proofErr w:type="spellStart"/>
      <w:r>
        <w:t>obawy</w:t>
      </w:r>
      <w:proofErr w:type="spellEnd"/>
      <w:r w:rsidR="000B07A5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otrzymywać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dostosowane</w:t>
      </w:r>
      <w:proofErr w:type="spellEnd"/>
      <w:r>
        <w:t xml:space="preserve"> do wieku.</w:t>
      </w:r>
    </w:p>
    <w:p w14:paraId="6452AA44" w14:textId="77777777" w:rsidR="00D80D7D" w:rsidRDefault="00374B5A" w:rsidP="000B07A5">
      <w:pPr>
        <w:pStyle w:val="Nagwek1"/>
        <w:numPr>
          <w:ilvl w:val="0"/>
          <w:numId w:val="12"/>
        </w:numPr>
      </w:pPr>
      <w:r>
        <w:t>Z</w:t>
      </w:r>
      <w:r>
        <w:t>apewnienie dziecku sprawczości</w:t>
      </w:r>
    </w:p>
    <w:p w14:paraId="5674BE9D" w14:textId="77777777" w:rsidR="000B07A5" w:rsidRDefault="00374B5A" w:rsidP="000B07A5">
      <w:pPr>
        <w:pStyle w:val="Akapitzlist"/>
        <w:numPr>
          <w:ilvl w:val="0"/>
          <w:numId w:val="15"/>
        </w:numPr>
      </w:pPr>
      <w:r>
        <w:t xml:space="preserve">Dziecko jest aktywnym uczestnikiem procesu terapeutycznego. </w:t>
      </w:r>
    </w:p>
    <w:p w14:paraId="431DFB23" w14:textId="77777777" w:rsidR="000B07A5" w:rsidRDefault="00374B5A" w:rsidP="000B07A5">
      <w:pPr>
        <w:pStyle w:val="Akapitzlist"/>
        <w:numPr>
          <w:ilvl w:val="0"/>
          <w:numId w:val="15"/>
        </w:numPr>
      </w:pPr>
      <w:r>
        <w:t xml:space="preserve">W </w:t>
      </w:r>
      <w:proofErr w:type="spellStart"/>
      <w:r>
        <w:t>miarę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specjalista</w:t>
      </w:r>
      <w:proofErr w:type="spellEnd"/>
      <w:r>
        <w:t xml:space="preserve"> </w:t>
      </w:r>
      <w:proofErr w:type="spellStart"/>
      <w:r>
        <w:t>uwzględnia</w:t>
      </w:r>
      <w:proofErr w:type="spellEnd"/>
      <w:r w:rsidR="000B07A5"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zdanie</w:t>
      </w:r>
      <w:proofErr w:type="spellEnd"/>
      <w:r>
        <w:t xml:space="preserve">,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preferencje.</w:t>
      </w:r>
      <w:proofErr w:type="spellEnd"/>
    </w:p>
    <w:p w14:paraId="525AD143" w14:textId="3C79891A" w:rsidR="00D80D7D" w:rsidRDefault="00374B5A" w:rsidP="000B07A5">
      <w:pPr>
        <w:pStyle w:val="Akapitzlist"/>
        <w:numPr>
          <w:ilvl w:val="0"/>
          <w:numId w:val="15"/>
        </w:numPr>
      </w:pPr>
      <w:proofErr w:type="spellStart"/>
      <w:r>
        <w:t>Personel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rozmawia</w:t>
      </w:r>
      <w:proofErr w:type="spellEnd"/>
      <w:r>
        <w:t xml:space="preserve"> o </w:t>
      </w:r>
      <w:proofErr w:type="spellStart"/>
      <w:r>
        <w:t>dziecku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</w:t>
      </w:r>
      <w:proofErr w:type="spellStart"/>
      <w:r>
        <w:t>jakby</w:t>
      </w:r>
      <w:proofErr w:type="spellEnd"/>
      <w:r>
        <w:t xml:space="preserve"> </w:t>
      </w:r>
      <w:proofErr w:type="spellStart"/>
      <w:r>
        <w:t>było</w:t>
      </w:r>
      <w:proofErr w:type="spellEnd"/>
      <w:r>
        <w:t xml:space="preserve"> </w:t>
      </w:r>
      <w:proofErr w:type="spellStart"/>
      <w:r>
        <w:t>nieobecne</w:t>
      </w:r>
      <w:proofErr w:type="spellEnd"/>
      <w:r>
        <w:t>,</w:t>
      </w:r>
      <w:r w:rsidR="000B07A5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szanuje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emocje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tempo adaptacji do nowych sytuacji.</w:t>
      </w:r>
    </w:p>
    <w:p w14:paraId="011ADA06" w14:textId="77777777" w:rsidR="00D80D7D" w:rsidRDefault="00374B5A" w:rsidP="000B07A5">
      <w:pPr>
        <w:pStyle w:val="Nagwek1"/>
        <w:numPr>
          <w:ilvl w:val="0"/>
          <w:numId w:val="12"/>
        </w:numPr>
      </w:pPr>
      <w:r>
        <w:lastRenderedPageBreak/>
        <w:t>P</w:t>
      </w:r>
      <w:r>
        <w:t>oszanowanie intymności</w:t>
      </w:r>
    </w:p>
    <w:p w14:paraId="2189375C" w14:textId="77777777" w:rsidR="000B07A5" w:rsidRDefault="00374B5A" w:rsidP="000B07A5">
      <w:pPr>
        <w:pStyle w:val="Akapitzlist"/>
        <w:numPr>
          <w:ilvl w:val="0"/>
          <w:numId w:val="16"/>
        </w:numPr>
      </w:pPr>
      <w:r>
        <w:t xml:space="preserve">Każdy kontakt fizyczny związany z terapią jest poprzedzony </w:t>
      </w:r>
      <w:proofErr w:type="spellStart"/>
      <w:r>
        <w:t>wyjaśnieniem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wykonywanej</w:t>
      </w:r>
      <w:proofErr w:type="spellEnd"/>
      <w:r>
        <w:t xml:space="preserve"> </w:t>
      </w:r>
      <w:proofErr w:type="spellStart"/>
      <w:r>
        <w:t>czynności</w:t>
      </w:r>
      <w:proofErr w:type="spellEnd"/>
      <w:r>
        <w:t>.</w:t>
      </w:r>
    </w:p>
    <w:p w14:paraId="31C1E272" w14:textId="77777777" w:rsidR="000B07A5" w:rsidRDefault="00374B5A" w:rsidP="000B07A5">
      <w:pPr>
        <w:pStyle w:val="Akapitzlist"/>
        <w:numPr>
          <w:ilvl w:val="0"/>
          <w:numId w:val="16"/>
        </w:numPr>
      </w:pPr>
      <w:proofErr w:type="spellStart"/>
      <w:r>
        <w:t>Rodzic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opiekun może uczestniczyć w terapii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ustaleniami</w:t>
      </w:r>
      <w:proofErr w:type="spellEnd"/>
      <w:r>
        <w:t xml:space="preserve"> </w:t>
      </w:r>
      <w:proofErr w:type="spellStart"/>
      <w:r>
        <w:t>terapeuty</w:t>
      </w:r>
      <w:proofErr w:type="spellEnd"/>
      <w:r>
        <w:t>.</w:t>
      </w:r>
    </w:p>
    <w:p w14:paraId="7E2AD41E" w14:textId="3554A486" w:rsidR="00D80D7D" w:rsidRDefault="00374B5A" w:rsidP="000B07A5">
      <w:pPr>
        <w:pStyle w:val="Akapitzlist"/>
        <w:numPr>
          <w:ilvl w:val="0"/>
          <w:numId w:val="16"/>
        </w:numPr>
      </w:pPr>
      <w:proofErr w:type="spellStart"/>
      <w:r>
        <w:t>Dziecko</w:t>
      </w:r>
      <w:proofErr w:type="spellEnd"/>
      <w:r>
        <w:t xml:space="preserve"> ma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zgłosić</w:t>
      </w:r>
      <w:proofErr w:type="spellEnd"/>
      <w:r w:rsidR="000B07A5">
        <w:t xml:space="preserve"> </w:t>
      </w:r>
      <w:proofErr w:type="spellStart"/>
      <w:r>
        <w:t>dyskomfort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otrzymać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>.</w:t>
      </w:r>
    </w:p>
    <w:p w14:paraId="4C188F17" w14:textId="77777777" w:rsidR="00D80D7D" w:rsidRDefault="00374B5A" w:rsidP="000B07A5">
      <w:pPr>
        <w:pStyle w:val="Nagwek1"/>
        <w:numPr>
          <w:ilvl w:val="0"/>
          <w:numId w:val="12"/>
        </w:numPr>
      </w:pPr>
      <w:r>
        <w:t>O</w:t>
      </w:r>
      <w:r>
        <w:t>chrona przed krzywdzeniem</w:t>
      </w:r>
    </w:p>
    <w:p w14:paraId="211CF45A" w14:textId="77777777" w:rsidR="000B07A5" w:rsidRDefault="00374B5A" w:rsidP="000B07A5">
      <w:pPr>
        <w:pStyle w:val="Akapitzlist"/>
        <w:numPr>
          <w:ilvl w:val="0"/>
          <w:numId w:val="17"/>
        </w:numPr>
      </w:pPr>
      <w:proofErr w:type="spellStart"/>
      <w:r>
        <w:t>Każdy</w:t>
      </w:r>
      <w:proofErr w:type="spellEnd"/>
      <w:r>
        <w:t xml:space="preserve"> </w:t>
      </w:r>
      <w:proofErr w:type="spellStart"/>
      <w:r>
        <w:t>pracownik</w:t>
      </w:r>
      <w:proofErr w:type="spellEnd"/>
      <w:r>
        <w:t xml:space="preserve"> ma </w:t>
      </w:r>
      <w:proofErr w:type="spellStart"/>
      <w:r>
        <w:t>obowiązek</w:t>
      </w:r>
      <w:proofErr w:type="spellEnd"/>
      <w:r>
        <w:t xml:space="preserve"> reagowania na symptomy </w:t>
      </w:r>
      <w:proofErr w:type="spellStart"/>
      <w:r>
        <w:t>przemocy</w:t>
      </w:r>
      <w:proofErr w:type="spellEnd"/>
      <w:r>
        <w:t xml:space="preserve"> </w:t>
      </w:r>
      <w:proofErr w:type="spellStart"/>
      <w:r>
        <w:t>fizycznej</w:t>
      </w:r>
      <w:proofErr w:type="spellEnd"/>
      <w:r>
        <w:t xml:space="preserve">, </w:t>
      </w:r>
      <w:proofErr w:type="spellStart"/>
      <w:r>
        <w:t>psychicznej</w:t>
      </w:r>
      <w:proofErr w:type="spellEnd"/>
      <w:r>
        <w:t xml:space="preserve">, </w:t>
      </w:r>
      <w:proofErr w:type="spellStart"/>
      <w:r>
        <w:t>seksualnej</w:t>
      </w:r>
      <w:proofErr w:type="spellEnd"/>
      <w:r>
        <w:t>,</w:t>
      </w:r>
      <w:r w:rsidR="000B07A5">
        <w:t xml:space="preserve"> </w:t>
      </w:r>
      <w:proofErr w:type="spellStart"/>
      <w:r>
        <w:t>zaniedbania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cyberprzemocy</w:t>
      </w:r>
      <w:proofErr w:type="spellEnd"/>
      <w:r>
        <w:t xml:space="preserve">. </w:t>
      </w:r>
    </w:p>
    <w:p w14:paraId="65364509" w14:textId="4C27776A" w:rsidR="00D80D7D" w:rsidRDefault="00374B5A" w:rsidP="000B07A5">
      <w:pPr>
        <w:pStyle w:val="Akapitzlist"/>
        <w:numPr>
          <w:ilvl w:val="0"/>
          <w:numId w:val="17"/>
        </w:numPr>
      </w:pPr>
      <w:r>
        <w:t xml:space="preserve">Do </w:t>
      </w:r>
      <w:proofErr w:type="spellStart"/>
      <w:r>
        <w:t>niepokojących</w:t>
      </w:r>
      <w:proofErr w:type="spellEnd"/>
      <w:r>
        <w:t xml:space="preserve"> </w:t>
      </w:r>
      <w:proofErr w:type="spellStart"/>
      <w:r>
        <w:t>sygnałów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należeć</w:t>
      </w:r>
      <w:proofErr w:type="spellEnd"/>
      <w:r>
        <w:t xml:space="preserve"> niewyjaśnione urazy, nagłe zmiany</w:t>
      </w:r>
      <w:r>
        <w:br/>
        <w:t>zachowania, wycofanie, lęk lub informacje przekazane przez dziecko.</w:t>
      </w:r>
    </w:p>
    <w:p w14:paraId="6E0368BF" w14:textId="77777777" w:rsidR="00D80D7D" w:rsidRDefault="00374B5A" w:rsidP="000B07A5">
      <w:pPr>
        <w:pStyle w:val="Nagwek1"/>
        <w:numPr>
          <w:ilvl w:val="0"/>
          <w:numId w:val="12"/>
        </w:numPr>
      </w:pPr>
      <w:proofErr w:type="spellStart"/>
      <w:r>
        <w:t>W</w:t>
      </w:r>
      <w:r>
        <w:t>spółpraca</w:t>
      </w:r>
      <w:proofErr w:type="spellEnd"/>
      <w:r>
        <w:t xml:space="preserve"> z </w:t>
      </w:r>
      <w:proofErr w:type="spellStart"/>
      <w:r>
        <w:t>rodzicami</w:t>
      </w:r>
      <w:proofErr w:type="spellEnd"/>
    </w:p>
    <w:p w14:paraId="5AF68546" w14:textId="77777777" w:rsidR="000B07A5" w:rsidRDefault="00374B5A" w:rsidP="000B07A5">
      <w:pPr>
        <w:pStyle w:val="Akapitzlist"/>
        <w:numPr>
          <w:ilvl w:val="0"/>
          <w:numId w:val="18"/>
        </w:numPr>
      </w:pPr>
      <w:r>
        <w:t xml:space="preserve">Rodzice są informowani o zasadach obowiązujących w placówce. </w:t>
      </w:r>
    </w:p>
    <w:p w14:paraId="13D6589B" w14:textId="13C4A801" w:rsidR="00D80D7D" w:rsidRDefault="00374B5A" w:rsidP="000B07A5">
      <w:pPr>
        <w:pStyle w:val="Akapitzlist"/>
        <w:numPr>
          <w:ilvl w:val="0"/>
          <w:numId w:val="18"/>
        </w:numPr>
      </w:pPr>
      <w:proofErr w:type="spellStart"/>
      <w:r>
        <w:t>Specjaliści</w:t>
      </w:r>
      <w:proofErr w:type="spellEnd"/>
      <w:r>
        <w:t xml:space="preserve"> </w:t>
      </w:r>
      <w:proofErr w:type="spellStart"/>
      <w:r>
        <w:t>współpracują</w:t>
      </w:r>
      <w:proofErr w:type="spellEnd"/>
      <w:r>
        <w:t xml:space="preserve"> z </w:t>
      </w:r>
      <w:proofErr w:type="spellStart"/>
      <w:r>
        <w:t>opiekunami</w:t>
      </w:r>
      <w:proofErr w:type="spellEnd"/>
      <w:r w:rsidR="000B07A5">
        <w:t xml:space="preserve"> </w:t>
      </w:r>
      <w:r>
        <w:t xml:space="preserve">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dziecku</w:t>
      </w:r>
      <w:proofErr w:type="spellEnd"/>
      <w:r>
        <w:t xml:space="preserve"> </w:t>
      </w:r>
      <w:proofErr w:type="spellStart"/>
      <w:r>
        <w:t>optymalnych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rozwoju i terapii.</w:t>
      </w:r>
    </w:p>
    <w:p w14:paraId="2111F778" w14:textId="77777777" w:rsidR="00D80D7D" w:rsidRDefault="00374B5A" w:rsidP="000B07A5">
      <w:pPr>
        <w:pStyle w:val="Nagwek1"/>
        <w:numPr>
          <w:ilvl w:val="0"/>
          <w:numId w:val="12"/>
        </w:numPr>
      </w:pPr>
      <w:r>
        <w:t>N</w:t>
      </w:r>
      <w:r>
        <w:t>IGDY</w:t>
      </w:r>
    </w:p>
    <w:p w14:paraId="299D2D5D" w14:textId="77777777" w:rsidR="000B07A5" w:rsidRDefault="00374B5A" w:rsidP="000B07A5">
      <w:pPr>
        <w:pStyle w:val="Akapitzlist"/>
        <w:numPr>
          <w:ilvl w:val="0"/>
          <w:numId w:val="19"/>
        </w:numPr>
      </w:pPr>
      <w:r>
        <w:t xml:space="preserve">Nie krzyczymy na dziecko. </w:t>
      </w:r>
    </w:p>
    <w:p w14:paraId="37B041CA" w14:textId="77777777" w:rsidR="000B07A5" w:rsidRDefault="00374B5A" w:rsidP="000B07A5">
      <w:pPr>
        <w:pStyle w:val="Akapitzlist"/>
        <w:numPr>
          <w:ilvl w:val="0"/>
          <w:numId w:val="19"/>
        </w:numPr>
      </w:pPr>
      <w:r>
        <w:t xml:space="preserve">Nie </w:t>
      </w:r>
      <w:proofErr w:type="spellStart"/>
      <w:r>
        <w:t>zawstydzamy</w:t>
      </w:r>
      <w:proofErr w:type="spellEnd"/>
      <w:r>
        <w:t xml:space="preserve">. </w:t>
      </w:r>
    </w:p>
    <w:p w14:paraId="36C29F03" w14:textId="77777777" w:rsidR="000B07A5" w:rsidRDefault="00374B5A" w:rsidP="000B07A5">
      <w:pPr>
        <w:pStyle w:val="Akapitzlist"/>
        <w:numPr>
          <w:ilvl w:val="0"/>
          <w:numId w:val="19"/>
        </w:numPr>
      </w:pPr>
      <w:r>
        <w:t xml:space="preserve">Nie </w:t>
      </w:r>
      <w:proofErr w:type="spellStart"/>
      <w:r>
        <w:t>wyśmiewamy</w:t>
      </w:r>
      <w:proofErr w:type="spellEnd"/>
      <w:r>
        <w:t xml:space="preserve">. </w:t>
      </w:r>
    </w:p>
    <w:p w14:paraId="15F4188D" w14:textId="77777777" w:rsidR="000B07A5" w:rsidRDefault="00374B5A" w:rsidP="000B07A5">
      <w:pPr>
        <w:pStyle w:val="Akapitzlist"/>
        <w:numPr>
          <w:ilvl w:val="0"/>
          <w:numId w:val="19"/>
        </w:numPr>
      </w:pPr>
      <w:r>
        <w:t xml:space="preserve">Nie </w:t>
      </w:r>
      <w:proofErr w:type="spellStart"/>
      <w:r>
        <w:t>stosujemy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fizycznych.</w:t>
      </w:r>
      <w:proofErr w:type="spellEnd"/>
    </w:p>
    <w:p w14:paraId="59FA3626" w14:textId="77777777" w:rsidR="000B07A5" w:rsidRDefault="00374B5A" w:rsidP="000B07A5">
      <w:pPr>
        <w:pStyle w:val="Akapitzlist"/>
        <w:numPr>
          <w:ilvl w:val="0"/>
          <w:numId w:val="19"/>
        </w:numPr>
      </w:pPr>
      <w:r>
        <w:t xml:space="preserve">Nie </w:t>
      </w:r>
      <w:proofErr w:type="spellStart"/>
      <w:r>
        <w:t>publikujemy</w:t>
      </w:r>
      <w:proofErr w:type="spellEnd"/>
      <w:r>
        <w:t xml:space="preserve"> </w:t>
      </w:r>
      <w:proofErr w:type="spellStart"/>
      <w:r>
        <w:t>wizerunku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 bez zgody. </w:t>
      </w:r>
    </w:p>
    <w:p w14:paraId="04B5FA50" w14:textId="77777777" w:rsidR="000B07A5" w:rsidRDefault="00374B5A" w:rsidP="000B07A5">
      <w:pPr>
        <w:pStyle w:val="Akapitzlist"/>
        <w:numPr>
          <w:ilvl w:val="0"/>
          <w:numId w:val="19"/>
        </w:numPr>
      </w:pPr>
      <w:r>
        <w:t xml:space="preserve">Nie </w:t>
      </w:r>
      <w:proofErr w:type="spellStart"/>
      <w:r>
        <w:t>lekceważymy</w:t>
      </w:r>
      <w:proofErr w:type="spellEnd"/>
      <w:r>
        <w:t xml:space="preserve"> </w:t>
      </w:r>
      <w:proofErr w:type="spellStart"/>
      <w:r>
        <w:t>zgłaszanych</w:t>
      </w:r>
      <w:proofErr w:type="spellEnd"/>
      <w:r>
        <w:t xml:space="preserve"> </w:t>
      </w:r>
      <w:proofErr w:type="spellStart"/>
      <w:r>
        <w:t>trudności.</w:t>
      </w:r>
      <w:proofErr w:type="spellEnd"/>
    </w:p>
    <w:p w14:paraId="494F832C" w14:textId="5E8DE5CE" w:rsidR="00D80D7D" w:rsidRDefault="00374B5A" w:rsidP="000B07A5">
      <w:pPr>
        <w:pStyle w:val="Akapitzlist"/>
        <w:numPr>
          <w:ilvl w:val="0"/>
          <w:numId w:val="19"/>
        </w:numPr>
      </w:pPr>
      <w:r>
        <w:t xml:space="preserve">Nie </w:t>
      </w:r>
      <w:proofErr w:type="spellStart"/>
      <w:r>
        <w:t>utrzymujemy</w:t>
      </w:r>
      <w:proofErr w:type="spellEnd"/>
      <w:r>
        <w:t xml:space="preserve"> </w:t>
      </w:r>
      <w:proofErr w:type="spellStart"/>
      <w:r>
        <w:t>prywatnych</w:t>
      </w:r>
      <w:proofErr w:type="spellEnd"/>
      <w:r>
        <w:t xml:space="preserve"> </w:t>
      </w:r>
      <w:proofErr w:type="spellStart"/>
      <w:r>
        <w:t>relacji</w:t>
      </w:r>
      <w:proofErr w:type="spellEnd"/>
      <w:r>
        <w:t xml:space="preserve"> z dziećmi poza działalnością placówki.</w:t>
      </w:r>
    </w:p>
    <w:p w14:paraId="0A67FAE4" w14:textId="77777777" w:rsidR="00D80D7D" w:rsidRDefault="00374B5A" w:rsidP="000B07A5">
      <w:pPr>
        <w:pStyle w:val="Nagwek1"/>
        <w:numPr>
          <w:ilvl w:val="0"/>
          <w:numId w:val="12"/>
        </w:numPr>
      </w:pPr>
      <w:r>
        <w:t>Z</w:t>
      </w:r>
      <w:r>
        <w:t>asady skierowane do dzieci</w:t>
      </w:r>
    </w:p>
    <w:p w14:paraId="71A6C4A7" w14:textId="77777777" w:rsidR="000B07A5" w:rsidRDefault="00374B5A" w:rsidP="000B07A5">
      <w:pPr>
        <w:pStyle w:val="Akapitzlist"/>
        <w:numPr>
          <w:ilvl w:val="0"/>
          <w:numId w:val="20"/>
        </w:numPr>
      </w:pPr>
      <w:r>
        <w:t xml:space="preserve">Masz prawo czuć się bezpiecznie. </w:t>
      </w:r>
    </w:p>
    <w:p w14:paraId="7C5C9F09" w14:textId="77777777" w:rsidR="000B07A5" w:rsidRDefault="00374B5A" w:rsidP="000B07A5">
      <w:pPr>
        <w:pStyle w:val="Akapitzlist"/>
        <w:numPr>
          <w:ilvl w:val="0"/>
          <w:numId w:val="20"/>
        </w:numPr>
      </w:pPr>
      <w:proofErr w:type="spellStart"/>
      <w:r>
        <w:t>Możesz</w:t>
      </w:r>
      <w:proofErr w:type="spellEnd"/>
      <w:r>
        <w:t xml:space="preserve"> </w:t>
      </w:r>
      <w:proofErr w:type="spellStart"/>
      <w:r>
        <w:t>pytać</w:t>
      </w:r>
      <w:proofErr w:type="spellEnd"/>
      <w:r>
        <w:t xml:space="preserve"> o </w:t>
      </w:r>
      <w:proofErr w:type="spellStart"/>
      <w:r>
        <w:t>wszystko</w:t>
      </w:r>
      <w:proofErr w:type="spellEnd"/>
      <w:r>
        <w:t xml:space="preserve">, co </w:t>
      </w:r>
      <w:proofErr w:type="spellStart"/>
      <w:r>
        <w:t>dzieje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terapii</w:t>
      </w:r>
      <w:proofErr w:type="spellEnd"/>
      <w:r>
        <w:t>.</w:t>
      </w:r>
    </w:p>
    <w:p w14:paraId="002A0ED0" w14:textId="77777777" w:rsidR="000B07A5" w:rsidRDefault="00374B5A" w:rsidP="000B07A5">
      <w:pPr>
        <w:pStyle w:val="Akapitzlist"/>
        <w:numPr>
          <w:ilvl w:val="0"/>
          <w:numId w:val="20"/>
        </w:numPr>
      </w:pPr>
      <w:proofErr w:type="spellStart"/>
      <w:r>
        <w:t>Jeżeli</w:t>
      </w:r>
      <w:proofErr w:type="spellEnd"/>
      <w:r>
        <w:t xml:space="preserve"> </w:t>
      </w:r>
      <w:proofErr w:type="spellStart"/>
      <w:r>
        <w:t>coś</w:t>
      </w:r>
      <w:proofErr w:type="spellEnd"/>
      <w:r>
        <w:t xml:space="preserve"> Ci się nie podoba lub czujesz się niekomfortowo, powiedz o </w:t>
      </w:r>
      <w:proofErr w:type="spellStart"/>
      <w:r>
        <w:t>tym</w:t>
      </w:r>
      <w:proofErr w:type="spellEnd"/>
      <w:r>
        <w:t xml:space="preserve"> </w:t>
      </w:r>
      <w:proofErr w:type="spellStart"/>
      <w:r>
        <w:t>terapeucie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</w:t>
      </w:r>
      <w:proofErr w:type="spellStart"/>
      <w:r>
        <w:t>rodzicowi</w:t>
      </w:r>
      <w:proofErr w:type="spellEnd"/>
      <w:r>
        <w:t>.</w:t>
      </w:r>
    </w:p>
    <w:p w14:paraId="5210B061" w14:textId="369EAB9A" w:rsidR="00D80D7D" w:rsidRDefault="00374B5A" w:rsidP="000B07A5">
      <w:pPr>
        <w:pStyle w:val="Akapitzlist"/>
        <w:numPr>
          <w:ilvl w:val="0"/>
          <w:numId w:val="20"/>
        </w:numPr>
      </w:pPr>
      <w:proofErr w:type="spellStart"/>
      <w:r>
        <w:t>Nikt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ma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Cię</w:t>
      </w:r>
      <w:proofErr w:type="spellEnd"/>
      <w:r>
        <w:t xml:space="preserve"> wyśmiewać, straszyć ani krzywdzić.</w:t>
      </w:r>
    </w:p>
    <w:p w14:paraId="654B51E0" w14:textId="77777777" w:rsidR="00D80D7D" w:rsidRDefault="00374B5A" w:rsidP="000B07A5">
      <w:pPr>
        <w:pStyle w:val="Nagwek1"/>
        <w:numPr>
          <w:ilvl w:val="0"/>
          <w:numId w:val="12"/>
        </w:numPr>
      </w:pPr>
      <w:r>
        <w:t>P</w:t>
      </w:r>
      <w:r>
        <w:t>rocedura interwencji</w:t>
      </w:r>
    </w:p>
    <w:p w14:paraId="1BEC5D3F" w14:textId="77777777" w:rsidR="000B07A5" w:rsidRDefault="00374B5A" w:rsidP="000B07A5">
      <w:pPr>
        <w:pStyle w:val="Akapitzlist"/>
        <w:numPr>
          <w:ilvl w:val="0"/>
          <w:numId w:val="21"/>
        </w:numPr>
      </w:pPr>
      <w:r>
        <w:t xml:space="preserve">Każde podejrzenie krzywdzenia dziecka </w:t>
      </w:r>
      <w:proofErr w:type="spellStart"/>
      <w:r>
        <w:t>podlega</w:t>
      </w:r>
      <w:proofErr w:type="spellEnd"/>
      <w:r>
        <w:t xml:space="preserve"> </w:t>
      </w:r>
      <w:proofErr w:type="spellStart"/>
      <w:r>
        <w:t>zgłoszeniu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udokumentowaniu</w:t>
      </w:r>
      <w:proofErr w:type="spellEnd"/>
      <w:r>
        <w:t>.</w:t>
      </w:r>
    </w:p>
    <w:p w14:paraId="464AC030" w14:textId="77777777" w:rsidR="000B07A5" w:rsidRDefault="00374B5A" w:rsidP="000B07A5">
      <w:pPr>
        <w:pStyle w:val="Akapitzlist"/>
        <w:numPr>
          <w:ilvl w:val="0"/>
          <w:numId w:val="21"/>
        </w:numPr>
      </w:pPr>
      <w:r>
        <w:lastRenderedPageBreak/>
        <w:t xml:space="preserve">Osoba,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uzyskała</w:t>
      </w:r>
      <w:proofErr w:type="spellEnd"/>
      <w:r w:rsidR="000B07A5">
        <w:t xml:space="preserve"> </w:t>
      </w:r>
      <w:proofErr w:type="spellStart"/>
      <w:r>
        <w:t>informację</w:t>
      </w:r>
      <w:proofErr w:type="spellEnd"/>
      <w:r>
        <w:t xml:space="preserve"> o </w:t>
      </w:r>
      <w:proofErr w:type="spellStart"/>
      <w:r>
        <w:t>możliwym</w:t>
      </w:r>
      <w:proofErr w:type="spellEnd"/>
      <w:r>
        <w:t xml:space="preserve"> </w:t>
      </w:r>
      <w:proofErr w:type="spellStart"/>
      <w:r>
        <w:t>krzywdzeniu</w:t>
      </w:r>
      <w:proofErr w:type="spellEnd"/>
      <w:r>
        <w:t xml:space="preserve">, przekazuje ją osobie </w:t>
      </w:r>
      <w:proofErr w:type="spellStart"/>
      <w:r>
        <w:t>odpowiedzialnej</w:t>
      </w:r>
      <w:proofErr w:type="spellEnd"/>
      <w:r>
        <w:t xml:space="preserve"> za </w:t>
      </w:r>
      <w:proofErr w:type="spellStart"/>
      <w:r>
        <w:t>wdrożenie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>.</w:t>
      </w:r>
    </w:p>
    <w:p w14:paraId="1590FA02" w14:textId="068F660D" w:rsidR="00D80D7D" w:rsidRDefault="00374B5A" w:rsidP="000B07A5">
      <w:pPr>
        <w:pStyle w:val="Akapitzlist"/>
        <w:numPr>
          <w:ilvl w:val="0"/>
          <w:numId w:val="21"/>
        </w:numPr>
      </w:pPr>
      <w:r>
        <w:t xml:space="preserve">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zdrowia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życia dziecka niezwłocznie zawiadamiane są odpowiednie służby.</w:t>
      </w:r>
    </w:p>
    <w:p w14:paraId="75D3ED53" w14:textId="77777777" w:rsidR="00D80D7D" w:rsidRDefault="00374B5A" w:rsidP="000B07A5">
      <w:pPr>
        <w:pStyle w:val="Nagwek1"/>
        <w:numPr>
          <w:ilvl w:val="0"/>
          <w:numId w:val="12"/>
        </w:numPr>
      </w:pPr>
      <w:r>
        <w:t>P</w:t>
      </w:r>
      <w:r>
        <w:t>ostanowienia końcowe</w:t>
      </w:r>
    </w:p>
    <w:p w14:paraId="1F59428A" w14:textId="77777777" w:rsidR="000B07A5" w:rsidRDefault="00374B5A" w:rsidP="000B07A5">
      <w:pPr>
        <w:pStyle w:val="Akapitzlist"/>
        <w:numPr>
          <w:ilvl w:val="0"/>
          <w:numId w:val="22"/>
        </w:numPr>
      </w:pPr>
      <w:r>
        <w:t xml:space="preserve">Osobą odpowiedzialną za wdrożenie i aktualizację Standardów Ochrony </w:t>
      </w:r>
      <w:proofErr w:type="spellStart"/>
      <w:r>
        <w:t>Małoletnich</w:t>
      </w:r>
      <w:proofErr w:type="spellEnd"/>
      <w:r>
        <w:t xml:space="preserve"> jest Zuzanna Wojtowicz.</w:t>
      </w:r>
    </w:p>
    <w:p w14:paraId="5E4477BF" w14:textId="7C0D2534" w:rsidR="00D80D7D" w:rsidRDefault="00374B5A" w:rsidP="000B07A5">
      <w:pPr>
        <w:pStyle w:val="Akapitzlist"/>
        <w:numPr>
          <w:ilvl w:val="0"/>
          <w:numId w:val="22"/>
        </w:numPr>
      </w:pPr>
      <w:r>
        <w:t>Dokument podlega okresowemu przeglądowi i obowiązuje wszystkich pracowników oraz współpracowników Neurokids.</w:t>
      </w:r>
    </w:p>
    <w:sectPr w:rsidR="00D80D7D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B974" w14:textId="77777777" w:rsidR="00374B5A" w:rsidRDefault="00374B5A">
      <w:pPr>
        <w:spacing w:after="0" w:line="240" w:lineRule="auto"/>
      </w:pPr>
      <w:r>
        <w:separator/>
      </w:r>
    </w:p>
  </w:endnote>
  <w:endnote w:type="continuationSeparator" w:id="0">
    <w:p w14:paraId="50744514" w14:textId="77777777" w:rsidR="00374B5A" w:rsidRDefault="0037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A4D4" w14:textId="77777777" w:rsidR="00D80D7D" w:rsidRDefault="00374B5A">
    <w:pPr>
      <w:pStyle w:val="Stopka"/>
      <w:jc w:val="center"/>
    </w:pPr>
    <w:r>
      <w:t xml:space="preserve">Neurokids </w:t>
    </w:r>
    <w:proofErr w:type="spellStart"/>
    <w:r>
      <w:t>Fizjoterapia</w:t>
    </w:r>
    <w:proofErr w:type="spellEnd"/>
    <w:r>
      <w:t xml:space="preserve"> Zuzanna Wojtowicz | ul. </w:t>
    </w:r>
    <w:proofErr w:type="spellStart"/>
    <w:r>
      <w:t>Generała</w:t>
    </w:r>
    <w:proofErr w:type="spellEnd"/>
    <w:r>
      <w:t xml:space="preserve"> </w:t>
    </w:r>
    <w:proofErr w:type="spellStart"/>
    <w:r>
      <w:t>Jerzego</w:t>
    </w:r>
    <w:proofErr w:type="spellEnd"/>
    <w:r>
      <w:t xml:space="preserve"> </w:t>
    </w:r>
    <w:proofErr w:type="spellStart"/>
    <w:r>
      <w:t>Ziętka</w:t>
    </w:r>
    <w:proofErr w:type="spellEnd"/>
    <w:r>
      <w:t xml:space="preserve"> 74C, 41-412 Mysłowice | NIP 634-299-14-74 | REGON 388148319 | tel. 795 789 980 | centrumterapiineurokids@gmail.com | www.centrumterapiineurokids.pl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4C4D" w14:textId="77777777" w:rsidR="00374B5A" w:rsidRDefault="00374B5A">
      <w:pPr>
        <w:spacing w:after="0" w:line="240" w:lineRule="auto"/>
      </w:pPr>
      <w:r>
        <w:separator/>
      </w:r>
    </w:p>
  </w:footnote>
  <w:footnote w:type="continuationSeparator" w:id="0">
    <w:p w14:paraId="15E61AC1" w14:textId="77777777" w:rsidR="00374B5A" w:rsidRDefault="00374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5E27" w14:textId="77777777" w:rsidR="00D80D7D" w:rsidRDefault="00374B5A">
    <w:pPr>
      <w:pStyle w:val="Nagwek"/>
      <w:jc w:val="center"/>
    </w:pPr>
    <w:r>
      <w:rPr>
        <w:noProof/>
      </w:rPr>
      <w:drawing>
        <wp:inline distT="0" distB="0" distL="0" distR="0" wp14:anchorId="5CA270DC" wp14:editId="5ED09371">
          <wp:extent cx="1800000" cy="85155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851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7D74D4"/>
    <w:multiLevelType w:val="hybridMultilevel"/>
    <w:tmpl w:val="88BAF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66246"/>
    <w:multiLevelType w:val="hybridMultilevel"/>
    <w:tmpl w:val="AAF4F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C06FE"/>
    <w:multiLevelType w:val="hybridMultilevel"/>
    <w:tmpl w:val="E2928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13D44"/>
    <w:multiLevelType w:val="hybridMultilevel"/>
    <w:tmpl w:val="51685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4680E"/>
    <w:multiLevelType w:val="hybridMultilevel"/>
    <w:tmpl w:val="60981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33D7B"/>
    <w:multiLevelType w:val="hybridMultilevel"/>
    <w:tmpl w:val="90860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64E5C"/>
    <w:multiLevelType w:val="hybridMultilevel"/>
    <w:tmpl w:val="E2FC9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72587"/>
    <w:multiLevelType w:val="hybridMultilevel"/>
    <w:tmpl w:val="2E5E38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B1A9A"/>
    <w:multiLevelType w:val="hybridMultilevel"/>
    <w:tmpl w:val="60620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63C76"/>
    <w:multiLevelType w:val="hybridMultilevel"/>
    <w:tmpl w:val="87DE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2761"/>
    <w:multiLevelType w:val="hybridMultilevel"/>
    <w:tmpl w:val="D5829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C4145"/>
    <w:multiLevelType w:val="hybridMultilevel"/>
    <w:tmpl w:val="55C82E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B28FD"/>
    <w:multiLevelType w:val="hybridMultilevel"/>
    <w:tmpl w:val="64C08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897997">
    <w:abstractNumId w:val="8"/>
  </w:num>
  <w:num w:numId="2" w16cid:durableId="585916941">
    <w:abstractNumId w:val="6"/>
  </w:num>
  <w:num w:numId="3" w16cid:durableId="723338662">
    <w:abstractNumId w:val="5"/>
  </w:num>
  <w:num w:numId="4" w16cid:durableId="784884958">
    <w:abstractNumId w:val="4"/>
  </w:num>
  <w:num w:numId="5" w16cid:durableId="919412016">
    <w:abstractNumId w:val="7"/>
  </w:num>
  <w:num w:numId="6" w16cid:durableId="1025209690">
    <w:abstractNumId w:val="3"/>
  </w:num>
  <w:num w:numId="7" w16cid:durableId="1991252387">
    <w:abstractNumId w:val="2"/>
  </w:num>
  <w:num w:numId="8" w16cid:durableId="308171412">
    <w:abstractNumId w:val="1"/>
  </w:num>
  <w:num w:numId="9" w16cid:durableId="1066412093">
    <w:abstractNumId w:val="0"/>
  </w:num>
  <w:num w:numId="10" w16cid:durableId="1620722607">
    <w:abstractNumId w:val="16"/>
  </w:num>
  <w:num w:numId="11" w16cid:durableId="1258446011">
    <w:abstractNumId w:val="13"/>
  </w:num>
  <w:num w:numId="12" w16cid:durableId="954291778">
    <w:abstractNumId w:val="20"/>
  </w:num>
  <w:num w:numId="13" w16cid:durableId="70856792">
    <w:abstractNumId w:val="18"/>
  </w:num>
  <w:num w:numId="14" w16cid:durableId="756252508">
    <w:abstractNumId w:val="14"/>
  </w:num>
  <w:num w:numId="15" w16cid:durableId="1872957112">
    <w:abstractNumId w:val="15"/>
  </w:num>
  <w:num w:numId="16" w16cid:durableId="1076051247">
    <w:abstractNumId w:val="17"/>
  </w:num>
  <w:num w:numId="17" w16cid:durableId="1672902591">
    <w:abstractNumId w:val="10"/>
  </w:num>
  <w:num w:numId="18" w16cid:durableId="881793545">
    <w:abstractNumId w:val="19"/>
  </w:num>
  <w:num w:numId="19" w16cid:durableId="958686118">
    <w:abstractNumId w:val="11"/>
  </w:num>
  <w:num w:numId="20" w16cid:durableId="984890685">
    <w:abstractNumId w:val="9"/>
  </w:num>
  <w:num w:numId="21" w16cid:durableId="550963203">
    <w:abstractNumId w:val="21"/>
  </w:num>
  <w:num w:numId="22" w16cid:durableId="1450197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7A5"/>
    <w:rsid w:val="0012706C"/>
    <w:rsid w:val="0015074B"/>
    <w:rsid w:val="0029639D"/>
    <w:rsid w:val="00326F90"/>
    <w:rsid w:val="00374B5A"/>
    <w:rsid w:val="00AA1D8D"/>
    <w:rsid w:val="00B47730"/>
    <w:rsid w:val="00CB0664"/>
    <w:rsid w:val="00D80D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E042C"/>
  <w14:defaultImageDpi w14:val="300"/>
  <w15:docId w15:val="{7236BE8D-0A7D-40F7-9AF6-3A58850E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Zuzanna Sobczak</cp:lastModifiedBy>
  <cp:revision>2</cp:revision>
  <dcterms:created xsi:type="dcterms:W3CDTF">2026-06-15T15:05:00Z</dcterms:created>
  <dcterms:modified xsi:type="dcterms:W3CDTF">2026-06-15T15:05:00Z</dcterms:modified>
  <cp:category/>
</cp:coreProperties>
</file>