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930B" w14:textId="7F2F1828" w:rsidR="00D04007" w:rsidRDefault="00D04007">
      <w:pPr>
        <w:jc w:val="center"/>
      </w:pPr>
    </w:p>
    <w:p w14:paraId="729670E1" w14:textId="77777777" w:rsidR="00D04007" w:rsidRDefault="007406D8">
      <w:pPr>
        <w:pStyle w:val="Nagwek1"/>
      </w:pPr>
      <w:r>
        <w:t>1. Dane Administratora Danych Osobowych</w:t>
      </w:r>
    </w:p>
    <w:p w14:paraId="10755EF4" w14:textId="77777777" w:rsidR="00D04007" w:rsidRDefault="007406D8">
      <w:r>
        <w:t>Uzupełnij przed wydrukiem:</w:t>
      </w:r>
    </w:p>
    <w:p w14:paraId="01C869D2" w14:textId="77777777" w:rsidR="00D04007" w:rsidRDefault="007406D8">
      <w:r>
        <w:t>Pełna nazwa firmy: Neurokids Fizjoterapia Zuzanna Wojtowicz</w:t>
      </w:r>
    </w:p>
    <w:p w14:paraId="00905317" w14:textId="77777777" w:rsidR="00D04007" w:rsidRDefault="007406D8">
      <w:r>
        <w:t>Adres siedziby / gabinetu: ul. Generała Jerzego Ziętka 74C, 41-412 Mysłowice</w:t>
      </w:r>
    </w:p>
    <w:p w14:paraId="3BD05CDE" w14:textId="77777777" w:rsidR="00D04007" w:rsidRDefault="007406D8">
      <w:r>
        <w:t>NIP: 634-299-14-74   REGON: 388148319</w:t>
      </w:r>
    </w:p>
    <w:p w14:paraId="4387945F" w14:textId="77777777" w:rsidR="00D04007" w:rsidRDefault="007406D8">
      <w:r>
        <w:t>Telefon: 795 789 980   E-mail: centrumterapiineurokids@gmail.com</w:t>
      </w:r>
    </w:p>
    <w:p w14:paraId="4353E48B" w14:textId="77777777" w:rsidR="00D04007" w:rsidRDefault="007406D8">
      <w:r>
        <w:t>Strona internetowa: www.centrumterapiineurokids.pl</w:t>
      </w:r>
    </w:p>
    <w:p w14:paraId="04736EC8" w14:textId="77777777" w:rsidR="00D04007" w:rsidRDefault="007406D8">
      <w:r>
        <w:t>Osoba do kontaktu w sprawach RODO: Zuzanna Wojtowicz</w:t>
      </w:r>
    </w:p>
    <w:p w14:paraId="5B6DB0AB" w14:textId="77777777" w:rsidR="00D04007" w:rsidRDefault="007406D8">
      <w:pPr>
        <w:pStyle w:val="Nagwek1"/>
      </w:pPr>
      <w:r>
        <w:t>2. Klauzula informacyjna RODO dla rodziców/opiekunów oraz pacjentów</w:t>
      </w:r>
    </w:p>
    <w:p w14:paraId="1A1F6AF0" w14:textId="77777777" w:rsidR="00D04007" w:rsidRDefault="007406D8">
      <w:r>
        <w:t>Zgodnie z art. 13 i 14 Rozporządzenia Parlamentu Europejskiego i Rady (UE) 2016/679 z dnia 27 kwietnia 2016 r. (RODO) informujemy, że:</w:t>
      </w:r>
    </w:p>
    <w:p w14:paraId="4256325C" w14:textId="77777777" w:rsidR="00D04007" w:rsidRDefault="007406D8">
      <w:pPr>
        <w:pStyle w:val="Nagwek2"/>
      </w:pPr>
      <w:r>
        <w:t>2.1. Administrator danych osobowych</w:t>
      </w:r>
    </w:p>
    <w:p w14:paraId="7FD6BD99" w14:textId="77777777" w:rsidR="00D04007" w:rsidRDefault="007406D8">
      <w:r>
        <w:t>Administratorem danych osobowych jest Neurokids Fizjoterapia Zuzanna Wojtowicz z siedzibą przy ul. Generała Jerzego Ziętka 74C, 41-412 Mysłowice, NIP: 634-299-14-74, REGON: 388148319, e-mail: centrumterapiineurokids@gmail.com, tel.: 795 789 980, strona internetowa: www.centrumterapiineurokids.pl.</w:t>
      </w:r>
    </w:p>
    <w:p w14:paraId="6C34900A" w14:textId="77777777" w:rsidR="00D04007" w:rsidRDefault="007406D8">
      <w:pPr>
        <w:pStyle w:val="Nagwek2"/>
      </w:pPr>
      <w:r>
        <w:t>2.2. Kategorie przetwarzanych danych</w:t>
      </w:r>
    </w:p>
    <w:p w14:paraId="3786BA68" w14:textId="77777777" w:rsidR="00D04007" w:rsidRDefault="007406D8">
      <w:r>
        <w:t>Administrator może przetwarzać dane dziecka oraz rodzica/opiekuna prawnego, w szczególności: imię i nazwisko, datę urodzenia, numer PESEL, dane kontaktowe, adres, informacje organizacyjne dotyczące wizyt, dokumentację terapeutyczną, opinie, diagnozy oraz informacje o stanie zdrowia niezbędne do prowadzenia terapii.</w:t>
      </w:r>
    </w:p>
    <w:p w14:paraId="46A9FB7A" w14:textId="77777777" w:rsidR="00D04007" w:rsidRDefault="007406D8">
      <w:pPr>
        <w:pStyle w:val="Nagwek2"/>
      </w:pPr>
      <w:r>
        <w:t>2.3. Cele przetwarzania danych</w:t>
      </w:r>
    </w:p>
    <w:p w14:paraId="02214D0B" w14:textId="77777777" w:rsidR="00D04007" w:rsidRDefault="007406D8">
      <w:r>
        <w:t>Dane osobowe są przetwarzane w celu rejestracji pacjenta, kontaktu telefonicznego lub mailowego, realizacji usług fizjoterapeutycznych, logopedycznych, psychologicznych i pedagogicznych, prowadzenia dokumentacji, rozliczeń, wystawiania dokumentów księgowych oraz dochodzenia lub obrony roszczeń.</w:t>
      </w:r>
    </w:p>
    <w:p w14:paraId="52954AAE" w14:textId="77777777" w:rsidR="00D04007" w:rsidRDefault="007406D8">
      <w:pPr>
        <w:pStyle w:val="Nagwek2"/>
      </w:pPr>
      <w:r>
        <w:t>2.4. Podstawy prawne przetwarzania</w:t>
      </w:r>
    </w:p>
    <w:p w14:paraId="445ECB15" w14:textId="77777777" w:rsidR="00D04007" w:rsidRDefault="007406D8">
      <w:r>
        <w:t>Podstawą przetwarzania danych jest art. 6 ust. 1 lit. b RODO (wykonanie umowy lub działania przed jej zawarciem), art. 6 ust. 1 lit. c RODO (obowiązek prawny), art. 6 ust. 1 lit. f RODO (prawnie uzasadniony interes administratora) oraz art. 9 ust. 2 lit. h RODO w zakresie danych dotyczących zdrowia, gdy jest to niezbędne do świadczenia usług zdrowotnych lub terapeutycznych.</w:t>
      </w:r>
    </w:p>
    <w:p w14:paraId="03A1B541" w14:textId="77777777" w:rsidR="00D04007" w:rsidRDefault="007406D8">
      <w:pPr>
        <w:pStyle w:val="Nagwek2"/>
      </w:pPr>
      <w:r>
        <w:lastRenderedPageBreak/>
        <w:t>2.5. Odbiorcy danych</w:t>
      </w:r>
    </w:p>
    <w:p w14:paraId="6DB3432C" w14:textId="77777777" w:rsidR="00D04007" w:rsidRDefault="007406D8">
      <w:r>
        <w:t>Dane mogą być przekazywane podmiotom świadczącym usługi informatyczne, księgowe, prawne, hostingowe, operatorom poczty elektronicznej, upoważnionym pracownikom i współpracownikom Neurokids oraz podmiotom uprawnionym do ich otrzymania na podstawie przepisów prawa.</w:t>
      </w:r>
    </w:p>
    <w:p w14:paraId="1124D08B" w14:textId="77777777" w:rsidR="00D04007" w:rsidRDefault="007406D8">
      <w:pPr>
        <w:pStyle w:val="Nagwek2"/>
      </w:pPr>
      <w:r>
        <w:t>2.6. Okres przechowywania danych</w:t>
      </w:r>
    </w:p>
    <w:p w14:paraId="4C612B27" w14:textId="77777777" w:rsidR="00D04007" w:rsidRDefault="007406D8">
      <w:r>
        <w:t>Dane będą przechowywane przez czas niezbędny do realizacji usług, przez okres wymagany przepisami prawa, przez czas przechowywania dokumentacji księgowej oraz do czasu przedawnienia ewentualnych roszczeń. Dane przetwarzane na podstawie zgody będą przetwarzane do czasu jej wycofania, o ile przepisy prawa nie wymagają dalszego przechowywania.</w:t>
      </w:r>
    </w:p>
    <w:p w14:paraId="46C15C05" w14:textId="77777777" w:rsidR="00D04007" w:rsidRDefault="007406D8">
      <w:pPr>
        <w:pStyle w:val="Nagwek2"/>
      </w:pPr>
      <w:r>
        <w:t>2.7. Prawa osób, których dane dotyczą</w:t>
      </w:r>
    </w:p>
    <w:p w14:paraId="02F41864" w14:textId="77777777" w:rsidR="00D04007" w:rsidRDefault="007406D8">
      <w:r>
        <w:t>Rodzicowi/opiekunowi prawnemu oraz osobie, której dane dotyczą, przysługuje prawo dostępu do danych, sprostowania danych, usunięcia danych w przypadkach przewidzianych prawem, ograniczenia przetwarzania, przenoszenia danych, wniesienia sprzeciwu oraz wniesienia skargi do Prezesa Urzędu Ochrony Danych Osobowych.</w:t>
      </w:r>
    </w:p>
    <w:p w14:paraId="69586F5F" w14:textId="77777777" w:rsidR="00D04007" w:rsidRDefault="007406D8">
      <w:pPr>
        <w:pStyle w:val="Nagwek2"/>
      </w:pPr>
      <w:r>
        <w:t>2.8. Dobrowolność podania danych</w:t>
      </w:r>
    </w:p>
    <w:p w14:paraId="00B56E74" w14:textId="77777777" w:rsidR="00D04007" w:rsidRDefault="007406D8">
      <w:r>
        <w:t>Podanie danych jest dobrowolne, lecz niezbędne do rejestracji, kontaktu oraz realizacji usług terapeutycznych i diagnostycznych. Brak podania wymaganych danych może uniemożliwić świadczenie usług.</w:t>
      </w:r>
    </w:p>
    <w:p w14:paraId="4B5B0193" w14:textId="77777777" w:rsidR="00D04007" w:rsidRDefault="007406D8">
      <w:pPr>
        <w:pStyle w:val="Nagwek2"/>
      </w:pPr>
      <w:r>
        <w:t>2.9. Profilowanie</w:t>
      </w:r>
    </w:p>
    <w:p w14:paraId="7D584F66" w14:textId="77777777" w:rsidR="00D04007" w:rsidRDefault="007406D8">
      <w:r>
        <w:t>Dane osobowe nie będą wykorzystywane do zautomatyzowanego podejmowania decyzji ani profilowania.</w:t>
      </w:r>
    </w:p>
    <w:p w14:paraId="3FEAF00B" w14:textId="77777777" w:rsidR="00D04007" w:rsidRDefault="007406D8">
      <w:pPr>
        <w:pStyle w:val="Nagwek2"/>
      </w:pPr>
      <w:r>
        <w:t>2.10. Przekazywanie danych poza EOG</w:t>
      </w:r>
    </w:p>
    <w:p w14:paraId="3307B6BB" w14:textId="77777777" w:rsidR="00D04007" w:rsidRDefault="007406D8">
      <w:r>
        <w:t>Administrator nie planuje przekazywać danych osobowych poza Europejski Obszar Gospodarczy, chyba że będzie to wynikało z korzystania z narzędzi informatycznych zapewniających odpowiednie mechanizmy ochrony danych zgodnie z RODO.</w:t>
      </w:r>
    </w:p>
    <w:p w14:paraId="49F9EA84" w14:textId="77777777" w:rsidR="00D04007" w:rsidRDefault="007406D8">
      <w:pPr>
        <w:pStyle w:val="Nagwek1"/>
      </w:pPr>
      <w:r>
        <w:t>3. Klauzula informacyjna na stronę internetową i kontakt telefoniczny</w:t>
      </w:r>
    </w:p>
    <w:p w14:paraId="13A6A7D7" w14:textId="77777777" w:rsidR="00D04007" w:rsidRDefault="007406D8">
      <w:r>
        <w:t>Treść do umieszczenia na stronie internetowej przy danych kontaktowych lub formularzu kontaktowym:</w:t>
      </w:r>
    </w:p>
    <w:p w14:paraId="7B81AD6E" w14:textId="77777777" w:rsidR="00D04007" w:rsidRDefault="007406D8">
      <w:r>
        <w:rPr>
          <w:i/>
        </w:rPr>
        <w:t>Administratorem danych osobowych jest Neurokids Fizjoterapia Zuzanna Wojtowicz z siedzibą przy ul. Generała Jerzego Ziętka 74C, 41-412 Mysłowice. Dane przekazane podczas kontaktu telefonicznego, mailowego lub przez formularz kontaktowy są przetwarzane wyłącznie w celu udzielenia odpowiedzi, obsługi zapytania, umówienia wizyty oraz prowadzenia dalszego kontaktu. Kontakt z Administratorem: centrumterapiineurokids@gmail.com, tel. 795 789 980. Więcej informacji dotyczących przetwarzania danych znajduje się w Po</w:t>
      </w:r>
      <w:r>
        <w:rPr>
          <w:i/>
        </w:rPr>
        <w:t>lityce Prywatności.</w:t>
      </w:r>
    </w:p>
    <w:p w14:paraId="38E75C5B" w14:textId="77777777" w:rsidR="00D04007" w:rsidRDefault="007406D8">
      <w:pPr>
        <w:pStyle w:val="Nagwek1"/>
      </w:pPr>
      <w:r>
        <w:lastRenderedPageBreak/>
        <w:t>4. Polityka prywatności strony internetowej</w:t>
      </w:r>
    </w:p>
    <w:p w14:paraId="1ECEF197" w14:textId="77777777" w:rsidR="00D04007" w:rsidRDefault="007406D8">
      <w:r>
        <w:t>Administrator przetwarza dane użytkowników strony internetowej w zakresie niezbędnym do zapewnienia prawidłowego działania strony, obsługi zapytań kierowanych przez użytkowników oraz prowadzenia komunikacji. Dane mogą obejmować adres IP, dane techniczne przeglądarki, dane podane w wiadomości e-mail lub formularzu kontaktowym oraz dane przekazane podczas rozmowy telefonicznej.</w:t>
      </w:r>
    </w:p>
    <w:p w14:paraId="0417023B" w14:textId="77777777" w:rsidR="00D04007" w:rsidRDefault="007406D8">
      <w:r>
        <w:t>Strona nie prowadzi zapisów online. Umawianie wizyt odbywa się telefonicznie lub mailowo. Dane pozyskane w ten sposób są wykorzystywane do obsługi kontaktu, rejestracji wizyty oraz realizacji usług.</w:t>
      </w:r>
    </w:p>
    <w:p w14:paraId="01BD32C8" w14:textId="77777777" w:rsidR="00D04007" w:rsidRDefault="007406D8">
      <w:r>
        <w:t>Dane nie są sprzedawane ani udostępniane podmiotom trzecim w celach marketingowych. Mogą być powierzane dostawcom usług technicznych, hostingowych, informatycznych lub księgowych wyłącznie w zakresie niezbędnym do realizacji usług na rzecz Administratora.</w:t>
      </w:r>
    </w:p>
    <w:p w14:paraId="5251CF9D" w14:textId="77777777" w:rsidR="00D04007" w:rsidRDefault="007406D8">
      <w:pPr>
        <w:pStyle w:val="Nagwek1"/>
      </w:pPr>
      <w:r>
        <w:t>5. Polityka cookies</w:t>
      </w:r>
    </w:p>
    <w:p w14:paraId="27969347" w14:textId="77777777" w:rsidR="00D04007" w:rsidRDefault="007406D8">
      <w:r>
        <w:t>Strona internetowa może wykorzystywać pliki cookies w celu zapewnienia prawidłowego działania strony, utrzymania bezpieczeństwa, zapamiętywania ustawień użytkownika oraz prowadzenia podstawowych statystyk odwiedzin. Użytkownik może w każdej chwili zmienić ustawienia cookies w swojej przeglądarce internetowej.</w:t>
      </w:r>
    </w:p>
    <w:p w14:paraId="569CE215" w14:textId="77777777" w:rsidR="00D04007" w:rsidRDefault="007406D8">
      <w:r>
        <w:t>Jeżeli na stronie wykorzystywane są narzędzia analityczne, mapy, wtyczki społecznościowe lub osadzone materiały zewnętrzne, należy wskazać je w polityce cookies po uzupełnieniu danych technicznych strony.</w:t>
      </w:r>
    </w:p>
    <w:p w14:paraId="5B9A30EB" w14:textId="77777777" w:rsidR="00D04007" w:rsidRDefault="007406D8">
      <w:pPr>
        <w:pStyle w:val="Nagwek1"/>
      </w:pPr>
      <w:r>
        <w:t>6. Zgoda na przetwarzanie danych dziecka</w:t>
      </w:r>
    </w:p>
    <w:p w14:paraId="455399C9" w14:textId="77777777" w:rsidR="00D04007" w:rsidRDefault="007406D8">
      <w:r>
        <w:t>Ja niżej podpisany/a: ....................................................................................................</w:t>
      </w:r>
    </w:p>
    <w:p w14:paraId="333F9BDF" w14:textId="77777777" w:rsidR="00D04007" w:rsidRDefault="007406D8">
      <w:r>
        <w:t>jako rodzic/opiekun prawny dziecka: ........................................................................................</w:t>
      </w:r>
    </w:p>
    <w:p w14:paraId="2A4B8A69" w14:textId="77777777" w:rsidR="00D04007" w:rsidRDefault="007406D8">
      <w:r>
        <w:t>wyrażam zgodę na przetwarzanie danych osobowych mojego dziecka przez Neurokids Fizjoterapia Zuzanna Wojtowicz w zakresie niezbędnym do prowadzenia diagnozy, terapii, konsultacji, dokumentacji oraz kontaktu związanego z realizowanymi usługami fizjoterapeutycznymi, logopedycznymi, psychologicznymi i pedagogicznymi.</w:t>
      </w:r>
    </w:p>
    <w:p w14:paraId="2F09B42A" w14:textId="77777777" w:rsidR="00D04007" w:rsidRDefault="007406D8">
      <w:r>
        <w:t>Oświadczam, że zapoznałem/am się z klauzulą informacyjną RODO.</w:t>
      </w:r>
    </w:p>
    <w:p w14:paraId="225176D1" w14:textId="77777777" w:rsidR="00D04007" w:rsidRDefault="007406D8">
      <w:r>
        <w:br/>
        <w:t>Data: ........................................        Podpis rodzica/opiekuna: ........................................</w:t>
      </w:r>
    </w:p>
    <w:p w14:paraId="2A47F550" w14:textId="77777777" w:rsidR="00D04007" w:rsidRDefault="007406D8">
      <w:pPr>
        <w:pStyle w:val="Nagwek1"/>
      </w:pPr>
      <w:r>
        <w:t>7. Zgoda na udział dziecka w terapii/diagnozie</w:t>
      </w:r>
    </w:p>
    <w:p w14:paraId="259AB92F" w14:textId="77777777" w:rsidR="00D04007" w:rsidRDefault="007406D8">
      <w:r>
        <w:t>Wyrażam zgodę na udział mojego dziecka w konsultacjach, diagnozie i/lub terapii prowadzonej przez specjalistów Neurokids, zgodnie z ustalonym zakresem usług.</w:t>
      </w:r>
    </w:p>
    <w:p w14:paraId="3BBEFF9D" w14:textId="77777777" w:rsidR="00D04007" w:rsidRDefault="007406D8">
      <w:r>
        <w:t>Imię i nazwisko dziecka: .................................................................................................</w:t>
      </w:r>
    </w:p>
    <w:p w14:paraId="29610513" w14:textId="77777777" w:rsidR="00D04007" w:rsidRDefault="007406D8">
      <w:r>
        <w:lastRenderedPageBreak/>
        <w:t>Rodzaj usług:  □ fizjoterapia   □ logopedia   □ psychologia   □ pedagogika   □ inne: .............................</w:t>
      </w:r>
    </w:p>
    <w:p w14:paraId="0A0C77FB" w14:textId="77777777" w:rsidR="00D04007" w:rsidRDefault="007406D8">
      <w:r>
        <w:br/>
      </w:r>
      <w:r>
        <w:t>Data: ........................................        Podpis rodzica/opiekuna: ........................................</w:t>
      </w:r>
    </w:p>
    <w:p w14:paraId="1B639601" w14:textId="77777777" w:rsidR="00D04007" w:rsidRDefault="007406D8">
      <w:pPr>
        <w:pStyle w:val="Nagwek1"/>
      </w:pPr>
      <w:r>
        <w:t>8. Zgoda na wykorzystanie wizerunku dziecka (opcjonalna)</w:t>
      </w:r>
    </w:p>
    <w:p w14:paraId="567E5238" w14:textId="77777777" w:rsidR="00D04007" w:rsidRDefault="007406D8">
      <w:r>
        <w:t>Wyrażam zgodę / nie wyrażam zgody* na nieodpłatne utrwalanie i publikację wizerunku mojego dziecka przez Neurokids Fizjoterapia Zuzanna Wojtowicz w materiałach informacyjnych i promocyjnych, w szczególności na stronie internetowej www.centrumterapiineurokids.pl oraz profilach społecznościowych.</w:t>
      </w:r>
    </w:p>
    <w:p w14:paraId="47250E7A" w14:textId="77777777" w:rsidR="00D04007" w:rsidRDefault="007406D8">
      <w:r>
        <w:t>Zgoda jest dobrowolna i może zostać wycofana w każdym czasie. Wycofanie zgody nie wpływa na zgodność z prawem przetwarzania dokonanego przed jej wycofaniem.</w:t>
      </w:r>
    </w:p>
    <w:p w14:paraId="73A939E1" w14:textId="77777777" w:rsidR="00D04007" w:rsidRDefault="007406D8">
      <w:r>
        <w:t>*niepotrzebne skreślić</w:t>
      </w:r>
    </w:p>
    <w:p w14:paraId="3E1E6B98" w14:textId="77777777" w:rsidR="00D04007" w:rsidRDefault="007406D8">
      <w:r>
        <w:br/>
        <w:t>Data: ........................................        Podpis rodzica/opiekuna: ........................................</w:t>
      </w:r>
    </w:p>
    <w:p w14:paraId="30126DA0" w14:textId="77777777" w:rsidR="00D04007" w:rsidRDefault="007406D8">
      <w:pPr>
        <w:pStyle w:val="Nagwek1"/>
      </w:pPr>
      <w:r>
        <w:t>9. Upoważnienie pracownika do przetwarzania danych osobowych</w:t>
      </w:r>
    </w:p>
    <w:p w14:paraId="4E0470EF" w14:textId="531B3BC6" w:rsidR="00D04007" w:rsidRDefault="007406D8">
      <w:r>
        <w:t xml:space="preserve">Imię i </w:t>
      </w:r>
      <w:proofErr w:type="spellStart"/>
      <w:r>
        <w:t>nazwisko</w:t>
      </w:r>
      <w:proofErr w:type="spellEnd"/>
      <w:r>
        <w:t xml:space="preserve"> </w:t>
      </w:r>
      <w:proofErr w:type="spellStart"/>
      <w:r>
        <w:t>pracownika</w:t>
      </w:r>
      <w:proofErr w:type="spellEnd"/>
      <w:r>
        <w:t>/</w:t>
      </w:r>
      <w:proofErr w:type="spellStart"/>
      <w:r>
        <w:t>współpracownika</w:t>
      </w:r>
      <w:proofErr w:type="spellEnd"/>
      <w:r>
        <w:t xml:space="preserve">: </w:t>
      </w:r>
      <w:r w:rsidR="00F20744">
        <w:t>Karolina Kalka</w:t>
      </w:r>
    </w:p>
    <w:p w14:paraId="1B6D6A8D" w14:textId="0390AAC8" w:rsidR="00D04007" w:rsidRDefault="007406D8">
      <w:proofErr w:type="spellStart"/>
      <w:r>
        <w:t>Stanowisko</w:t>
      </w:r>
      <w:proofErr w:type="spellEnd"/>
      <w:r>
        <w:t>/</w:t>
      </w:r>
      <w:proofErr w:type="spellStart"/>
      <w:r>
        <w:t>funkcja</w:t>
      </w:r>
      <w:proofErr w:type="spellEnd"/>
      <w:proofErr w:type="gramStart"/>
      <w:r>
        <w:t>: .</w:t>
      </w:r>
      <w:proofErr w:type="spellStart"/>
      <w:r w:rsidR="00F20744">
        <w:t>Fizjoterapeuta</w:t>
      </w:r>
      <w:proofErr w:type="spellEnd"/>
      <w:proofErr w:type="gramEnd"/>
    </w:p>
    <w:p w14:paraId="4F9D6203" w14:textId="77777777" w:rsidR="00D04007" w:rsidRDefault="007406D8">
      <w:r>
        <w:t>Administrator upoważnia wskazaną osobę do przetwarzania danych osobowych pacjentów, dzieci, rodziców/opiekunów oraz danych zawartych w dokumentacji terapeutycznej, wyłącznie w zakresie niezbędnym do wykonywania powierzonych obowiązków służbowych.</w:t>
      </w:r>
    </w:p>
    <w:p w14:paraId="63C5EF2B" w14:textId="77777777" w:rsidR="00D04007" w:rsidRDefault="007406D8">
      <w:r>
        <w:t>Upoważnienie obejmuje dostęp do:</w:t>
      </w:r>
    </w:p>
    <w:p w14:paraId="3B753BE8" w14:textId="77777777" w:rsidR="00D04007" w:rsidRDefault="007406D8">
      <w:pPr>
        <w:pStyle w:val="Listapunktowana"/>
      </w:pPr>
      <w:r>
        <w:t>danych identyfikacyjnych i kontaktowych rodziców/opiekunów,</w:t>
      </w:r>
    </w:p>
    <w:p w14:paraId="1B8813B7" w14:textId="77777777" w:rsidR="00D04007" w:rsidRDefault="007406D8">
      <w:pPr>
        <w:pStyle w:val="Listapunktowana"/>
      </w:pPr>
      <w:r>
        <w:t>danych identyfikacyjnych dziecka,</w:t>
      </w:r>
    </w:p>
    <w:p w14:paraId="4E69248D" w14:textId="77777777" w:rsidR="00D04007" w:rsidRDefault="007406D8">
      <w:pPr>
        <w:pStyle w:val="Listapunktowana"/>
      </w:pPr>
      <w:r>
        <w:t>dokumentacji terapeutycznej i diagnostycznej,</w:t>
      </w:r>
    </w:p>
    <w:p w14:paraId="32AC2398" w14:textId="77777777" w:rsidR="00D04007" w:rsidRDefault="007406D8">
      <w:pPr>
        <w:pStyle w:val="Listapunktowana"/>
      </w:pPr>
      <w:r>
        <w:t>harmonogramów wizyt oraz informacji organizacyjnych,</w:t>
      </w:r>
    </w:p>
    <w:p w14:paraId="10DE470D" w14:textId="77777777" w:rsidR="00D04007" w:rsidRDefault="007406D8">
      <w:pPr>
        <w:pStyle w:val="Listapunktowana"/>
      </w:pPr>
      <w:r>
        <w:t>dokumentacji administracyjnej i rozliczeniowej w zakresie niezbędnym do wykonywania obowiązków.</w:t>
      </w:r>
    </w:p>
    <w:p w14:paraId="3A58867B" w14:textId="77777777" w:rsidR="00D04007" w:rsidRDefault="007406D8">
      <w:r>
        <w:t>Osoba upoważniona zobowiązuje się do zachowania poufności danych zarówno w trakcie współpracy, jak i po jej zakończeniu.</w:t>
      </w:r>
    </w:p>
    <w:p w14:paraId="712BDE78" w14:textId="2CF0FD18" w:rsidR="00D04007" w:rsidRDefault="007406D8">
      <w:r>
        <w:br/>
        <w:t xml:space="preserve">Data </w:t>
      </w:r>
      <w:proofErr w:type="spellStart"/>
      <w:r>
        <w:t>nadania</w:t>
      </w:r>
      <w:proofErr w:type="spellEnd"/>
      <w:r>
        <w:t xml:space="preserve"> </w:t>
      </w:r>
      <w:proofErr w:type="spellStart"/>
      <w:r>
        <w:t>upoważnienia</w:t>
      </w:r>
      <w:proofErr w:type="spellEnd"/>
      <w:r>
        <w:t xml:space="preserve">: </w:t>
      </w:r>
      <w:r w:rsidR="00F20744">
        <w:t>01.01.2026r</w:t>
      </w:r>
    </w:p>
    <w:p w14:paraId="3B028DDE" w14:textId="70BCCED8" w:rsidR="00D04007" w:rsidRDefault="007406D8">
      <w:r>
        <w:t xml:space="preserve">Podpis Administratora: ........................................        </w:t>
      </w:r>
      <w:proofErr w:type="spellStart"/>
      <w:r>
        <w:t>Podpis</w:t>
      </w:r>
      <w:proofErr w:type="spellEnd"/>
      <w:r>
        <w:t xml:space="preserve"> </w:t>
      </w:r>
      <w:proofErr w:type="spellStart"/>
      <w:r>
        <w:t>osoby</w:t>
      </w:r>
      <w:proofErr w:type="spellEnd"/>
      <w:r>
        <w:t xml:space="preserve"> </w:t>
      </w:r>
      <w:proofErr w:type="spellStart"/>
      <w:proofErr w:type="gramStart"/>
      <w:r>
        <w:t>upoważnionej</w:t>
      </w:r>
      <w:proofErr w:type="spellEnd"/>
      <w:r>
        <w:t>:</w:t>
      </w:r>
      <w:r>
        <w:t>........................................</w:t>
      </w:r>
      <w:proofErr w:type="gramEnd"/>
    </w:p>
    <w:p w14:paraId="6C094341" w14:textId="77777777" w:rsidR="00D04007" w:rsidRDefault="007406D8">
      <w:pPr>
        <w:pStyle w:val="Nagwek1"/>
      </w:pPr>
      <w:r>
        <w:lastRenderedPageBreak/>
        <w:t>10. Oświadczenie pracownika o zachowaniu poufności</w:t>
      </w:r>
    </w:p>
    <w:p w14:paraId="3A660B00" w14:textId="77777777" w:rsidR="00D04007" w:rsidRDefault="007406D8">
      <w:r>
        <w:t>Ja niżej podpisany/a .................................................................................................... oświadczam, że zobowiązuję się do zachowania w poufności danych osobowych, informacji o stanie zdrowia, informacji o dzieciach i ich rodzinach oraz wszelkich informacji uzyskanych w związku z wykonywaniem obowiązków w Neurokids.</w:t>
      </w:r>
    </w:p>
    <w:p w14:paraId="77C0D889" w14:textId="77777777" w:rsidR="00D04007" w:rsidRDefault="007406D8">
      <w:r>
        <w:t>Zobowiązanie obowiązuje w czasie trwania współpracy oraz po jej zakończeniu.</w:t>
      </w:r>
    </w:p>
    <w:p w14:paraId="3C40024C" w14:textId="77777777" w:rsidR="00D04007" w:rsidRDefault="007406D8">
      <w:r>
        <w:br/>
        <w:t>Data: ........................................        Podpis: ........................................</w:t>
      </w:r>
    </w:p>
    <w:p w14:paraId="7EA4E144" w14:textId="77777777" w:rsidR="00D04007" w:rsidRDefault="007406D8">
      <w:pPr>
        <w:pStyle w:val="Nagwek1"/>
      </w:pPr>
      <w:r>
        <w:t>11. Ewidencja upoważnień do przetwarzania danych</w:t>
      </w:r>
    </w:p>
    <w:tbl>
      <w:tblPr>
        <w:tblStyle w:val="Tabela-Siatka"/>
        <w:tblW w:w="0" w:type="auto"/>
        <w:jc w:val="center"/>
        <w:tblLook w:val="04A0" w:firstRow="1" w:lastRow="0" w:firstColumn="1" w:lastColumn="0" w:noHBand="0" w:noVBand="1"/>
      </w:tblPr>
      <w:tblGrid>
        <w:gridCol w:w="567"/>
        <w:gridCol w:w="2268"/>
        <w:gridCol w:w="1701"/>
        <w:gridCol w:w="1417"/>
        <w:gridCol w:w="1417"/>
        <w:gridCol w:w="1701"/>
      </w:tblGrid>
      <w:tr w:rsidR="00D04007" w14:paraId="179A2BE6" w14:textId="77777777">
        <w:trPr>
          <w:jc w:val="center"/>
        </w:trPr>
        <w:tc>
          <w:tcPr>
            <w:tcW w:w="567" w:type="dxa"/>
            <w:shd w:val="clear" w:color="auto" w:fill="D9EAF7"/>
          </w:tcPr>
          <w:p w14:paraId="1662EEBC" w14:textId="77777777" w:rsidR="00D04007" w:rsidRDefault="007406D8">
            <w:r>
              <w:rPr>
                <w:b/>
              </w:rPr>
              <w:t>Lp.</w:t>
            </w:r>
          </w:p>
        </w:tc>
        <w:tc>
          <w:tcPr>
            <w:tcW w:w="2268" w:type="dxa"/>
            <w:shd w:val="clear" w:color="auto" w:fill="D9EAF7"/>
          </w:tcPr>
          <w:p w14:paraId="6C6D4DAE" w14:textId="77777777" w:rsidR="00D04007" w:rsidRDefault="007406D8">
            <w:r>
              <w:rPr>
                <w:b/>
              </w:rPr>
              <w:t>Imię i nazwisko</w:t>
            </w:r>
          </w:p>
        </w:tc>
        <w:tc>
          <w:tcPr>
            <w:tcW w:w="1701" w:type="dxa"/>
            <w:shd w:val="clear" w:color="auto" w:fill="D9EAF7"/>
          </w:tcPr>
          <w:p w14:paraId="3849EC92" w14:textId="77777777" w:rsidR="00D04007" w:rsidRDefault="007406D8">
            <w:r>
              <w:rPr>
                <w:b/>
              </w:rPr>
              <w:t>Stanowisko</w:t>
            </w:r>
          </w:p>
        </w:tc>
        <w:tc>
          <w:tcPr>
            <w:tcW w:w="1417" w:type="dxa"/>
            <w:shd w:val="clear" w:color="auto" w:fill="D9EAF7"/>
          </w:tcPr>
          <w:p w14:paraId="0705674C" w14:textId="77777777" w:rsidR="00D04007" w:rsidRDefault="007406D8">
            <w:r>
              <w:rPr>
                <w:b/>
              </w:rPr>
              <w:t>Data nadania</w:t>
            </w:r>
          </w:p>
        </w:tc>
        <w:tc>
          <w:tcPr>
            <w:tcW w:w="1417" w:type="dxa"/>
            <w:shd w:val="clear" w:color="auto" w:fill="D9EAF7"/>
          </w:tcPr>
          <w:p w14:paraId="7558824F" w14:textId="77777777" w:rsidR="00D04007" w:rsidRDefault="007406D8">
            <w:r>
              <w:rPr>
                <w:b/>
              </w:rPr>
              <w:t>Data cofnięcia</w:t>
            </w:r>
          </w:p>
        </w:tc>
        <w:tc>
          <w:tcPr>
            <w:tcW w:w="1701" w:type="dxa"/>
            <w:shd w:val="clear" w:color="auto" w:fill="D9EAF7"/>
          </w:tcPr>
          <w:p w14:paraId="5F8BF746" w14:textId="77777777" w:rsidR="00D04007" w:rsidRDefault="007406D8">
            <w:r>
              <w:rPr>
                <w:b/>
              </w:rPr>
              <w:t>Podpis</w:t>
            </w:r>
          </w:p>
        </w:tc>
      </w:tr>
      <w:tr w:rsidR="00D04007" w14:paraId="4BA7FBC4" w14:textId="77777777">
        <w:trPr>
          <w:jc w:val="center"/>
        </w:trPr>
        <w:tc>
          <w:tcPr>
            <w:tcW w:w="567" w:type="dxa"/>
          </w:tcPr>
          <w:p w14:paraId="1092C683" w14:textId="77777777" w:rsidR="00D04007" w:rsidRDefault="007406D8">
            <w:r>
              <w:t>1.</w:t>
            </w:r>
          </w:p>
        </w:tc>
        <w:tc>
          <w:tcPr>
            <w:tcW w:w="2268" w:type="dxa"/>
          </w:tcPr>
          <w:p w14:paraId="69D64CA7" w14:textId="18E88A2B" w:rsidR="00D04007" w:rsidRDefault="00F20744">
            <w:r>
              <w:t>Katarzyna Lipińska</w:t>
            </w:r>
          </w:p>
        </w:tc>
        <w:tc>
          <w:tcPr>
            <w:tcW w:w="1701" w:type="dxa"/>
          </w:tcPr>
          <w:p w14:paraId="5D47A44B" w14:textId="2F4B4F04" w:rsidR="00D04007" w:rsidRDefault="00F20744">
            <w:proofErr w:type="spellStart"/>
            <w:r>
              <w:t>rejestratorka</w:t>
            </w:r>
            <w:proofErr w:type="spellEnd"/>
          </w:p>
        </w:tc>
        <w:tc>
          <w:tcPr>
            <w:tcW w:w="1417" w:type="dxa"/>
          </w:tcPr>
          <w:p w14:paraId="2076B43B" w14:textId="23E5A347" w:rsidR="00D04007" w:rsidRDefault="00F20744">
            <w:r>
              <w:t>01.01.2026</w:t>
            </w:r>
          </w:p>
        </w:tc>
        <w:tc>
          <w:tcPr>
            <w:tcW w:w="1417" w:type="dxa"/>
          </w:tcPr>
          <w:p w14:paraId="04ECECE4" w14:textId="77777777" w:rsidR="00D04007" w:rsidRDefault="00D04007"/>
        </w:tc>
        <w:tc>
          <w:tcPr>
            <w:tcW w:w="1701" w:type="dxa"/>
          </w:tcPr>
          <w:p w14:paraId="104895D0" w14:textId="77777777" w:rsidR="00D04007" w:rsidRDefault="00D04007"/>
        </w:tc>
      </w:tr>
      <w:tr w:rsidR="00D04007" w14:paraId="528FD38D" w14:textId="77777777">
        <w:trPr>
          <w:jc w:val="center"/>
        </w:trPr>
        <w:tc>
          <w:tcPr>
            <w:tcW w:w="567" w:type="dxa"/>
          </w:tcPr>
          <w:p w14:paraId="067278AE" w14:textId="77777777" w:rsidR="00D04007" w:rsidRDefault="007406D8">
            <w:r>
              <w:t>2.</w:t>
            </w:r>
          </w:p>
        </w:tc>
        <w:tc>
          <w:tcPr>
            <w:tcW w:w="2268" w:type="dxa"/>
          </w:tcPr>
          <w:p w14:paraId="708C62F4" w14:textId="210AA09C" w:rsidR="00D04007" w:rsidRDefault="00F20744">
            <w:r>
              <w:t>Dominika Kokot</w:t>
            </w:r>
          </w:p>
        </w:tc>
        <w:tc>
          <w:tcPr>
            <w:tcW w:w="1701" w:type="dxa"/>
          </w:tcPr>
          <w:p w14:paraId="54BD303D" w14:textId="76DC0BFD" w:rsidR="00D04007" w:rsidRDefault="00F20744">
            <w:proofErr w:type="spellStart"/>
            <w:r>
              <w:t>rejestratorka</w:t>
            </w:r>
            <w:proofErr w:type="spellEnd"/>
          </w:p>
        </w:tc>
        <w:tc>
          <w:tcPr>
            <w:tcW w:w="1417" w:type="dxa"/>
          </w:tcPr>
          <w:p w14:paraId="78F068E7" w14:textId="7F18A39D" w:rsidR="00D04007" w:rsidRDefault="00F20744">
            <w:r>
              <w:t>01.01.2026</w:t>
            </w:r>
          </w:p>
        </w:tc>
        <w:tc>
          <w:tcPr>
            <w:tcW w:w="1417" w:type="dxa"/>
          </w:tcPr>
          <w:p w14:paraId="39F55077" w14:textId="77777777" w:rsidR="00D04007" w:rsidRDefault="00D04007"/>
        </w:tc>
        <w:tc>
          <w:tcPr>
            <w:tcW w:w="1701" w:type="dxa"/>
          </w:tcPr>
          <w:p w14:paraId="131CCA76" w14:textId="77777777" w:rsidR="00D04007" w:rsidRDefault="00D04007"/>
        </w:tc>
      </w:tr>
      <w:tr w:rsidR="00D04007" w14:paraId="4A0CE038" w14:textId="77777777">
        <w:trPr>
          <w:jc w:val="center"/>
        </w:trPr>
        <w:tc>
          <w:tcPr>
            <w:tcW w:w="567" w:type="dxa"/>
          </w:tcPr>
          <w:p w14:paraId="72B3BB62" w14:textId="77777777" w:rsidR="00D04007" w:rsidRDefault="007406D8">
            <w:r>
              <w:t>3.</w:t>
            </w:r>
          </w:p>
        </w:tc>
        <w:tc>
          <w:tcPr>
            <w:tcW w:w="2268" w:type="dxa"/>
          </w:tcPr>
          <w:p w14:paraId="7428A5C5" w14:textId="77777777" w:rsidR="00D04007" w:rsidRDefault="00D04007"/>
        </w:tc>
        <w:tc>
          <w:tcPr>
            <w:tcW w:w="1701" w:type="dxa"/>
          </w:tcPr>
          <w:p w14:paraId="566C6A7B" w14:textId="77777777" w:rsidR="00D04007" w:rsidRDefault="00D04007"/>
        </w:tc>
        <w:tc>
          <w:tcPr>
            <w:tcW w:w="1417" w:type="dxa"/>
          </w:tcPr>
          <w:p w14:paraId="183DCA86" w14:textId="77777777" w:rsidR="00D04007" w:rsidRDefault="00D04007"/>
        </w:tc>
        <w:tc>
          <w:tcPr>
            <w:tcW w:w="1417" w:type="dxa"/>
          </w:tcPr>
          <w:p w14:paraId="158F485B" w14:textId="77777777" w:rsidR="00D04007" w:rsidRDefault="00D04007"/>
        </w:tc>
        <w:tc>
          <w:tcPr>
            <w:tcW w:w="1701" w:type="dxa"/>
          </w:tcPr>
          <w:p w14:paraId="34D77E16" w14:textId="77777777" w:rsidR="00D04007" w:rsidRDefault="00D04007"/>
        </w:tc>
      </w:tr>
      <w:tr w:rsidR="00D04007" w14:paraId="0C0A3C8A" w14:textId="77777777">
        <w:trPr>
          <w:jc w:val="center"/>
        </w:trPr>
        <w:tc>
          <w:tcPr>
            <w:tcW w:w="567" w:type="dxa"/>
          </w:tcPr>
          <w:p w14:paraId="6B029018" w14:textId="77777777" w:rsidR="00D04007" w:rsidRDefault="007406D8">
            <w:r>
              <w:t>4.</w:t>
            </w:r>
          </w:p>
        </w:tc>
        <w:tc>
          <w:tcPr>
            <w:tcW w:w="2268" w:type="dxa"/>
          </w:tcPr>
          <w:p w14:paraId="5C5EDB0F" w14:textId="77777777" w:rsidR="00D04007" w:rsidRDefault="00D04007"/>
        </w:tc>
        <w:tc>
          <w:tcPr>
            <w:tcW w:w="1701" w:type="dxa"/>
          </w:tcPr>
          <w:p w14:paraId="3E06AF7B" w14:textId="77777777" w:rsidR="00D04007" w:rsidRDefault="00D04007"/>
        </w:tc>
        <w:tc>
          <w:tcPr>
            <w:tcW w:w="1417" w:type="dxa"/>
          </w:tcPr>
          <w:p w14:paraId="2186E424" w14:textId="77777777" w:rsidR="00D04007" w:rsidRDefault="00D04007"/>
        </w:tc>
        <w:tc>
          <w:tcPr>
            <w:tcW w:w="1417" w:type="dxa"/>
          </w:tcPr>
          <w:p w14:paraId="4EEB067A" w14:textId="77777777" w:rsidR="00D04007" w:rsidRDefault="00D04007"/>
        </w:tc>
        <w:tc>
          <w:tcPr>
            <w:tcW w:w="1701" w:type="dxa"/>
          </w:tcPr>
          <w:p w14:paraId="29646883" w14:textId="77777777" w:rsidR="00D04007" w:rsidRDefault="00D04007"/>
        </w:tc>
      </w:tr>
    </w:tbl>
    <w:p w14:paraId="7FC13087" w14:textId="77777777" w:rsidR="00D04007" w:rsidRDefault="007406D8">
      <w:pPr>
        <w:pStyle w:val="Nagwek1"/>
      </w:pPr>
      <w:r>
        <w:t>12. Rejestr czynności przetwarzania danych osobowych</w:t>
      </w:r>
    </w:p>
    <w:tbl>
      <w:tblPr>
        <w:tblStyle w:val="Tabela-Siatka"/>
        <w:tblW w:w="0" w:type="auto"/>
        <w:jc w:val="center"/>
        <w:tblLook w:val="04A0" w:firstRow="1" w:lastRow="0" w:firstColumn="1" w:lastColumn="0" w:noHBand="0" w:noVBand="1"/>
      </w:tblPr>
      <w:tblGrid>
        <w:gridCol w:w="1803"/>
        <w:gridCol w:w="2238"/>
        <w:gridCol w:w="2250"/>
        <w:gridCol w:w="1786"/>
        <w:gridCol w:w="1885"/>
      </w:tblGrid>
      <w:tr w:rsidR="00D04007" w14:paraId="639559DF" w14:textId="77777777">
        <w:trPr>
          <w:jc w:val="center"/>
        </w:trPr>
        <w:tc>
          <w:tcPr>
            <w:tcW w:w="1814" w:type="dxa"/>
            <w:shd w:val="clear" w:color="auto" w:fill="D9EAF7"/>
          </w:tcPr>
          <w:p w14:paraId="316FA64D" w14:textId="77777777" w:rsidR="00D04007" w:rsidRDefault="007406D8">
            <w:r>
              <w:rPr>
                <w:b/>
              </w:rPr>
              <w:t>Czynność</w:t>
            </w:r>
          </w:p>
        </w:tc>
        <w:tc>
          <w:tcPr>
            <w:tcW w:w="2268" w:type="dxa"/>
            <w:shd w:val="clear" w:color="auto" w:fill="D9EAF7"/>
          </w:tcPr>
          <w:p w14:paraId="234BAA2C" w14:textId="77777777" w:rsidR="00D04007" w:rsidRDefault="007406D8">
            <w:r>
              <w:rPr>
                <w:b/>
              </w:rPr>
              <w:t>Cel przetwarzania</w:t>
            </w:r>
          </w:p>
        </w:tc>
        <w:tc>
          <w:tcPr>
            <w:tcW w:w="2268" w:type="dxa"/>
            <w:shd w:val="clear" w:color="auto" w:fill="D9EAF7"/>
          </w:tcPr>
          <w:p w14:paraId="28CC176D" w14:textId="77777777" w:rsidR="00D04007" w:rsidRDefault="007406D8">
            <w:r>
              <w:rPr>
                <w:b/>
              </w:rPr>
              <w:t>Kategorie danych</w:t>
            </w:r>
          </w:p>
        </w:tc>
        <w:tc>
          <w:tcPr>
            <w:tcW w:w="1814" w:type="dxa"/>
            <w:shd w:val="clear" w:color="auto" w:fill="D9EAF7"/>
          </w:tcPr>
          <w:p w14:paraId="38AB8857" w14:textId="77777777" w:rsidR="00D04007" w:rsidRDefault="007406D8">
            <w:r>
              <w:rPr>
                <w:b/>
              </w:rPr>
              <w:t>Podstawa prawna</w:t>
            </w:r>
          </w:p>
        </w:tc>
        <w:tc>
          <w:tcPr>
            <w:tcW w:w="1814" w:type="dxa"/>
            <w:shd w:val="clear" w:color="auto" w:fill="D9EAF7"/>
          </w:tcPr>
          <w:p w14:paraId="279A3FFB" w14:textId="77777777" w:rsidR="00D04007" w:rsidRDefault="007406D8">
            <w:r>
              <w:rPr>
                <w:b/>
              </w:rPr>
              <w:t>Okres przechowywania</w:t>
            </w:r>
          </w:p>
        </w:tc>
      </w:tr>
      <w:tr w:rsidR="00D04007" w14:paraId="58D44277" w14:textId="77777777">
        <w:trPr>
          <w:jc w:val="center"/>
        </w:trPr>
        <w:tc>
          <w:tcPr>
            <w:tcW w:w="1814" w:type="dxa"/>
          </w:tcPr>
          <w:p w14:paraId="73A5AA1B" w14:textId="77777777" w:rsidR="00D04007" w:rsidRDefault="007406D8">
            <w:r>
              <w:t>Rejestracja pacjentów</w:t>
            </w:r>
          </w:p>
        </w:tc>
        <w:tc>
          <w:tcPr>
            <w:tcW w:w="2268" w:type="dxa"/>
          </w:tcPr>
          <w:p w14:paraId="357BD5CE" w14:textId="77777777" w:rsidR="00D04007" w:rsidRDefault="007406D8">
            <w:r>
              <w:t>Umawianie i organizacja wizyt</w:t>
            </w:r>
          </w:p>
        </w:tc>
        <w:tc>
          <w:tcPr>
            <w:tcW w:w="2268" w:type="dxa"/>
          </w:tcPr>
          <w:p w14:paraId="6AC60D62" w14:textId="77777777" w:rsidR="00D04007" w:rsidRDefault="007406D8">
            <w:r>
              <w:t>Dane dziecka, dane rodzica/opiekuna, dane kontaktowe</w:t>
            </w:r>
          </w:p>
        </w:tc>
        <w:tc>
          <w:tcPr>
            <w:tcW w:w="1814" w:type="dxa"/>
          </w:tcPr>
          <w:p w14:paraId="4AFC68BB" w14:textId="77777777" w:rsidR="00D04007" w:rsidRDefault="007406D8">
            <w:r>
              <w:t>art. 6 ust. 1 lit. b RODO</w:t>
            </w:r>
          </w:p>
        </w:tc>
        <w:tc>
          <w:tcPr>
            <w:tcW w:w="1814" w:type="dxa"/>
          </w:tcPr>
          <w:p w14:paraId="504A98C9" w14:textId="77777777" w:rsidR="00D04007" w:rsidRDefault="007406D8">
            <w:r>
              <w:t>czas realizacji usług i okres roszczeń</w:t>
            </w:r>
          </w:p>
        </w:tc>
      </w:tr>
      <w:tr w:rsidR="00D04007" w14:paraId="6E9CB1C4" w14:textId="77777777">
        <w:trPr>
          <w:jc w:val="center"/>
        </w:trPr>
        <w:tc>
          <w:tcPr>
            <w:tcW w:w="1814" w:type="dxa"/>
          </w:tcPr>
          <w:p w14:paraId="6206BB33" w14:textId="77777777" w:rsidR="00D04007" w:rsidRDefault="007406D8">
            <w:r>
              <w:t>Dokumentacja terapeutyczna</w:t>
            </w:r>
          </w:p>
        </w:tc>
        <w:tc>
          <w:tcPr>
            <w:tcW w:w="2268" w:type="dxa"/>
          </w:tcPr>
          <w:p w14:paraId="374889EA" w14:textId="77777777" w:rsidR="00D04007" w:rsidRDefault="007406D8">
            <w:r>
              <w:t>Diagnoza, terapia, konsultacje</w:t>
            </w:r>
          </w:p>
        </w:tc>
        <w:tc>
          <w:tcPr>
            <w:tcW w:w="2268" w:type="dxa"/>
          </w:tcPr>
          <w:p w14:paraId="74DFAF8B" w14:textId="77777777" w:rsidR="00D04007" w:rsidRDefault="007406D8">
            <w:r>
              <w:t>Dane identyfikacyjne, dane zdrowotne, opinie, notatki terapeutyczne</w:t>
            </w:r>
          </w:p>
        </w:tc>
        <w:tc>
          <w:tcPr>
            <w:tcW w:w="1814" w:type="dxa"/>
          </w:tcPr>
          <w:p w14:paraId="445E6A05" w14:textId="77777777" w:rsidR="00D04007" w:rsidRDefault="007406D8">
            <w:r>
              <w:t>art. 9 ust. 2 lit. h RODO</w:t>
            </w:r>
          </w:p>
        </w:tc>
        <w:tc>
          <w:tcPr>
            <w:tcW w:w="1814" w:type="dxa"/>
          </w:tcPr>
          <w:p w14:paraId="75162BD6" w14:textId="77777777" w:rsidR="00D04007" w:rsidRDefault="007406D8">
            <w:r>
              <w:t>zgodnie z wymogami prawa i celami dokumentacji</w:t>
            </w:r>
          </w:p>
        </w:tc>
      </w:tr>
      <w:tr w:rsidR="00D04007" w14:paraId="6FF08EC2" w14:textId="77777777">
        <w:trPr>
          <w:jc w:val="center"/>
        </w:trPr>
        <w:tc>
          <w:tcPr>
            <w:tcW w:w="1814" w:type="dxa"/>
          </w:tcPr>
          <w:p w14:paraId="0C5CA451" w14:textId="77777777" w:rsidR="00D04007" w:rsidRDefault="007406D8">
            <w:r>
              <w:t>Rozliczenia</w:t>
            </w:r>
          </w:p>
        </w:tc>
        <w:tc>
          <w:tcPr>
            <w:tcW w:w="2268" w:type="dxa"/>
          </w:tcPr>
          <w:p w14:paraId="5918717E" w14:textId="77777777" w:rsidR="00D04007" w:rsidRDefault="007406D8">
            <w:r>
              <w:t>Faktury, płatności, księgowość</w:t>
            </w:r>
          </w:p>
        </w:tc>
        <w:tc>
          <w:tcPr>
            <w:tcW w:w="2268" w:type="dxa"/>
          </w:tcPr>
          <w:p w14:paraId="19C6E636" w14:textId="77777777" w:rsidR="00D04007" w:rsidRDefault="007406D8">
            <w:r>
              <w:t>Dane identyfikacyjne, dane rozliczeniowe</w:t>
            </w:r>
          </w:p>
        </w:tc>
        <w:tc>
          <w:tcPr>
            <w:tcW w:w="1814" w:type="dxa"/>
          </w:tcPr>
          <w:p w14:paraId="7E7A6D9F" w14:textId="77777777" w:rsidR="00D04007" w:rsidRDefault="007406D8">
            <w:r>
              <w:t>art. 6 ust. 1 lit. c RODO</w:t>
            </w:r>
          </w:p>
        </w:tc>
        <w:tc>
          <w:tcPr>
            <w:tcW w:w="1814" w:type="dxa"/>
          </w:tcPr>
          <w:p w14:paraId="39CC5BF5" w14:textId="77777777" w:rsidR="00D04007" w:rsidRDefault="007406D8">
            <w:r>
              <w:t>okres wymagany przepisami podatkowymi</w:t>
            </w:r>
          </w:p>
        </w:tc>
      </w:tr>
      <w:tr w:rsidR="00D04007" w14:paraId="3982BFE1" w14:textId="77777777">
        <w:trPr>
          <w:jc w:val="center"/>
        </w:trPr>
        <w:tc>
          <w:tcPr>
            <w:tcW w:w="1814" w:type="dxa"/>
          </w:tcPr>
          <w:p w14:paraId="7AA190A0" w14:textId="77777777" w:rsidR="00D04007" w:rsidRDefault="007406D8">
            <w:r>
              <w:t>Kontakt telefoniczny i mailowy</w:t>
            </w:r>
          </w:p>
        </w:tc>
        <w:tc>
          <w:tcPr>
            <w:tcW w:w="2268" w:type="dxa"/>
          </w:tcPr>
          <w:p w14:paraId="2336368C" w14:textId="77777777" w:rsidR="00D04007" w:rsidRDefault="007406D8">
            <w:r>
              <w:t>Obsługa zapytań i organizacja wizyt</w:t>
            </w:r>
          </w:p>
        </w:tc>
        <w:tc>
          <w:tcPr>
            <w:tcW w:w="2268" w:type="dxa"/>
          </w:tcPr>
          <w:p w14:paraId="71D76C67" w14:textId="77777777" w:rsidR="00D04007" w:rsidRDefault="007406D8">
            <w:r>
              <w:t>Dane kontaktowe, treść korespondencji</w:t>
            </w:r>
          </w:p>
        </w:tc>
        <w:tc>
          <w:tcPr>
            <w:tcW w:w="1814" w:type="dxa"/>
          </w:tcPr>
          <w:p w14:paraId="7066998F" w14:textId="77777777" w:rsidR="00D04007" w:rsidRDefault="007406D8">
            <w:r>
              <w:t>art. 6 ust. 1 lit. f RODO</w:t>
            </w:r>
          </w:p>
        </w:tc>
        <w:tc>
          <w:tcPr>
            <w:tcW w:w="1814" w:type="dxa"/>
          </w:tcPr>
          <w:p w14:paraId="2B1E03C1" w14:textId="77777777" w:rsidR="00D04007" w:rsidRDefault="007406D8">
            <w:r>
              <w:t>czas obsługi sprawy i okres roszczeń</w:t>
            </w:r>
          </w:p>
        </w:tc>
      </w:tr>
      <w:tr w:rsidR="00D04007" w14:paraId="4C71A025" w14:textId="77777777">
        <w:trPr>
          <w:jc w:val="center"/>
        </w:trPr>
        <w:tc>
          <w:tcPr>
            <w:tcW w:w="1814" w:type="dxa"/>
          </w:tcPr>
          <w:p w14:paraId="6808007D" w14:textId="77777777" w:rsidR="00D04007" w:rsidRDefault="007406D8">
            <w:r>
              <w:t>Rekrutacja i zatrudnienie</w:t>
            </w:r>
          </w:p>
        </w:tc>
        <w:tc>
          <w:tcPr>
            <w:tcW w:w="2268" w:type="dxa"/>
          </w:tcPr>
          <w:p w14:paraId="1607AEE1" w14:textId="77777777" w:rsidR="00D04007" w:rsidRDefault="007406D8">
            <w:r>
              <w:t>Nabór oraz obsługa pracowników</w:t>
            </w:r>
          </w:p>
        </w:tc>
        <w:tc>
          <w:tcPr>
            <w:tcW w:w="2268" w:type="dxa"/>
          </w:tcPr>
          <w:p w14:paraId="3FCC9DB1" w14:textId="77777777" w:rsidR="00D04007" w:rsidRDefault="007406D8">
            <w:r>
              <w:t>Dane kandydatów i pracowników</w:t>
            </w:r>
          </w:p>
        </w:tc>
        <w:tc>
          <w:tcPr>
            <w:tcW w:w="1814" w:type="dxa"/>
          </w:tcPr>
          <w:p w14:paraId="27CA72BC" w14:textId="77777777" w:rsidR="00D04007" w:rsidRDefault="007406D8">
            <w:r>
              <w:t>art. 6 ust. 1 lit. c RODO / zgoda</w:t>
            </w:r>
          </w:p>
        </w:tc>
        <w:tc>
          <w:tcPr>
            <w:tcW w:w="1814" w:type="dxa"/>
          </w:tcPr>
          <w:p w14:paraId="1CA04B33" w14:textId="77777777" w:rsidR="00D04007" w:rsidRDefault="007406D8">
            <w:r>
              <w:t>zgodnie z prawem pracy i dokumentacją kadrową</w:t>
            </w:r>
          </w:p>
        </w:tc>
      </w:tr>
    </w:tbl>
    <w:p w14:paraId="3E198342" w14:textId="77777777" w:rsidR="00D04007" w:rsidRDefault="007406D8">
      <w:pPr>
        <w:pStyle w:val="Nagwek1"/>
      </w:pPr>
      <w:r>
        <w:t>13. Procedura postępowania przy naruszeniu ochrony danych osobowych</w:t>
      </w:r>
    </w:p>
    <w:p w14:paraId="73CD5051" w14:textId="77777777" w:rsidR="00D04007" w:rsidRDefault="007406D8">
      <w:r>
        <w:t xml:space="preserve">W przypadku podejrzenia naruszenia ochrony danych osobowych, każdy pracownik lub współpracownik jest zobowiązany niezwłocznie poinformować Administratora. Naruszeniem może być w szczególności </w:t>
      </w:r>
      <w:r>
        <w:lastRenderedPageBreak/>
        <w:t>utrata dokumentacji, wysłanie danych do niewłaściwego odbiorcy, ujawnienie danych osobie nieuprawnionej, zgubienie nośnika danych, nieuprawniony dostęp do poczty lub systemu informatycznego.</w:t>
      </w:r>
    </w:p>
    <w:p w14:paraId="268F2F5C" w14:textId="77777777" w:rsidR="00D04007" w:rsidRDefault="007406D8">
      <w:r>
        <w:t>Administrator dokonuje oceny ryzyka naruszenia praw lub wolności osób fizycznych. Jeżeli naruszenie tego wymaga, Administrator zgłasza je Prezesowi UODO w terminie 72 godzin od stwierdzenia naruszenia oraz zawiadamia osoby, których dane dotyczą.</w:t>
      </w:r>
    </w:p>
    <w:p w14:paraId="5E18A0AE" w14:textId="77777777" w:rsidR="00D04007" w:rsidRDefault="007406D8">
      <w:r>
        <w:t>Formularz zgłoszenia naruszenia:</w:t>
      </w:r>
    </w:p>
    <w:p w14:paraId="71D91F41" w14:textId="77777777" w:rsidR="00D04007" w:rsidRDefault="007406D8">
      <w:r>
        <w:t>Data i godzina zdarzenia: .................................................................................................</w:t>
      </w:r>
    </w:p>
    <w:p w14:paraId="3190FDF8" w14:textId="77777777" w:rsidR="00D04007" w:rsidRDefault="007406D8">
      <w:r>
        <w:t>Osoba zgłaszająca: .......................................................................................................</w:t>
      </w:r>
    </w:p>
    <w:p w14:paraId="226BE897" w14:textId="77777777" w:rsidR="00D04007" w:rsidRDefault="007406D8">
      <w:r>
        <w:t>Opis zdarzenia: .........................................................................................................</w:t>
      </w:r>
    </w:p>
    <w:p w14:paraId="20C6A600" w14:textId="77777777" w:rsidR="00D04007" w:rsidRDefault="007406D8">
      <w:r>
        <w:t>Kategorie danych objętych zdarzeniem: ..................................................................................</w:t>
      </w:r>
    </w:p>
    <w:p w14:paraId="7FDB09DD" w14:textId="77777777" w:rsidR="00D04007" w:rsidRDefault="007406D8">
      <w:r>
        <w:t>Podjęte działania zabezpieczające: .....................................................................................</w:t>
      </w:r>
    </w:p>
    <w:p w14:paraId="11166883" w14:textId="77777777" w:rsidR="00D04007" w:rsidRDefault="007406D8">
      <w:r>
        <w:t>Decyzja Administratora: ..................................................................................................</w:t>
      </w:r>
    </w:p>
    <w:p w14:paraId="23B41B92" w14:textId="77777777" w:rsidR="00D04007" w:rsidRDefault="007406D8">
      <w:pPr>
        <w:pStyle w:val="Nagwek1"/>
      </w:pPr>
      <w:r>
        <w:t>14. Standardy Ochrony Małoletnich – informacja wdrożeniowa</w:t>
      </w:r>
    </w:p>
    <w:p w14:paraId="4F92696F" w14:textId="77777777" w:rsidR="00D04007" w:rsidRDefault="007406D8">
      <w:r>
        <w:t>Placówka pracująca z dziećmi powinna posiadać wdrożone Standardy Ochrony Małoletnich, dostępne dla pracowników, rodziców/opiekunów oraz małoletnich w wersji dostosowanej do wieku. Dokument powinien określać zasady bezpiecznych relacji, procedury reagowania na krzywdzenie dziecka, zasady ochrony wizerunku oraz zasady korzystania z urządzeń elektronicznych.</w:t>
      </w:r>
    </w:p>
    <w:p w14:paraId="3EE3A669" w14:textId="7D344AE2" w:rsidR="00D04007" w:rsidRDefault="007406D8">
      <w:r>
        <w:t xml:space="preserve">Osoba odpowiedzialna za Standardy Ochrony Małoletnich w Neurokids: </w:t>
      </w:r>
      <w:r w:rsidR="00F20744">
        <w:t>Zuzanna Wojtowicz</w:t>
      </w:r>
    </w:p>
    <w:p w14:paraId="3E73D0E1" w14:textId="77634611" w:rsidR="00D04007" w:rsidRDefault="007406D8">
      <w:r>
        <w:t xml:space="preserve">Data </w:t>
      </w:r>
      <w:proofErr w:type="spellStart"/>
      <w:r>
        <w:t>wdrożenia</w:t>
      </w:r>
      <w:proofErr w:type="spellEnd"/>
      <w:r>
        <w:t>/</w:t>
      </w:r>
      <w:proofErr w:type="spellStart"/>
      <w:r>
        <w:t>aktualizacji</w:t>
      </w:r>
      <w:proofErr w:type="spellEnd"/>
      <w:r>
        <w:t xml:space="preserve">: </w:t>
      </w:r>
      <w:r w:rsidR="00F20744">
        <w:t>01.01.2026</w:t>
      </w:r>
    </w:p>
    <w:p w14:paraId="072DB27B" w14:textId="3683F3DC" w:rsidR="00D04007" w:rsidRDefault="00D04007"/>
    <w:sectPr w:rsidR="00D04007" w:rsidSect="00034616">
      <w:headerReference w:type="even" r:id="rId8"/>
      <w:headerReference w:type="default" r:id="rId9"/>
      <w:footerReference w:type="even" r:id="rId10"/>
      <w:footerReference w:type="default" r:id="rId11"/>
      <w:headerReference w:type="first" r:id="rId12"/>
      <w:footerReference w:type="first" r:id="rId13"/>
      <w:pgSz w:w="12240" w:h="15840"/>
      <w:pgMar w:top="158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CBCD3" w14:textId="77777777" w:rsidR="007406D8" w:rsidRDefault="007406D8">
      <w:pPr>
        <w:spacing w:after="0" w:line="240" w:lineRule="auto"/>
      </w:pPr>
      <w:r>
        <w:separator/>
      </w:r>
    </w:p>
  </w:endnote>
  <w:endnote w:type="continuationSeparator" w:id="0">
    <w:p w14:paraId="6376755B" w14:textId="77777777" w:rsidR="007406D8" w:rsidRDefault="0074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570F" w14:textId="77777777" w:rsidR="00D04007" w:rsidRDefault="00D040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B73C" w14:textId="77777777" w:rsidR="00D04007" w:rsidRDefault="007406D8">
    <w:pPr>
      <w:pStyle w:val="Stopka"/>
      <w:jc w:val="center"/>
    </w:pPr>
    <w:r>
      <w:rPr>
        <w:color w:val="5A5A5A"/>
        <w:sz w:val="14"/>
      </w:rPr>
      <w:t xml:space="preserve">Neurokids </w:t>
    </w:r>
    <w:proofErr w:type="spellStart"/>
    <w:r>
      <w:rPr>
        <w:color w:val="5A5A5A"/>
        <w:sz w:val="14"/>
      </w:rPr>
      <w:t>Fizjoterapia</w:t>
    </w:r>
    <w:proofErr w:type="spellEnd"/>
    <w:r>
      <w:rPr>
        <w:color w:val="5A5A5A"/>
        <w:sz w:val="14"/>
      </w:rPr>
      <w:t xml:space="preserve"> Zuzanna Wojtowicz | ul. </w:t>
    </w:r>
    <w:proofErr w:type="spellStart"/>
    <w:r>
      <w:rPr>
        <w:color w:val="5A5A5A"/>
        <w:sz w:val="14"/>
      </w:rPr>
      <w:t>Generała</w:t>
    </w:r>
    <w:proofErr w:type="spellEnd"/>
    <w:r>
      <w:rPr>
        <w:color w:val="5A5A5A"/>
        <w:sz w:val="14"/>
      </w:rPr>
      <w:t xml:space="preserve"> </w:t>
    </w:r>
    <w:proofErr w:type="spellStart"/>
    <w:r>
      <w:rPr>
        <w:color w:val="5A5A5A"/>
        <w:sz w:val="14"/>
      </w:rPr>
      <w:t>Jerzego</w:t>
    </w:r>
    <w:proofErr w:type="spellEnd"/>
    <w:r>
      <w:rPr>
        <w:color w:val="5A5A5A"/>
        <w:sz w:val="14"/>
      </w:rPr>
      <w:t xml:space="preserve"> </w:t>
    </w:r>
    <w:proofErr w:type="spellStart"/>
    <w:r>
      <w:rPr>
        <w:color w:val="5A5A5A"/>
        <w:sz w:val="14"/>
      </w:rPr>
      <w:t>Ziętka</w:t>
    </w:r>
    <w:proofErr w:type="spellEnd"/>
    <w:r>
      <w:rPr>
        <w:color w:val="5A5A5A"/>
        <w:sz w:val="14"/>
      </w:rPr>
      <w:t xml:space="preserve"> 74C, 41-412 Mysłowice | NIP: 634-299-14-74 | REGON: 388148319 | tel. 795 789 980 | e-mail: centrumterapiineurokids@gmail.com | www.centrumterapiineurokids.pl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F664" w14:textId="77777777" w:rsidR="00D04007" w:rsidRDefault="00D040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1A2B" w14:textId="77777777" w:rsidR="007406D8" w:rsidRDefault="007406D8">
      <w:pPr>
        <w:spacing w:after="0" w:line="240" w:lineRule="auto"/>
      </w:pPr>
      <w:r>
        <w:separator/>
      </w:r>
    </w:p>
  </w:footnote>
  <w:footnote w:type="continuationSeparator" w:id="0">
    <w:p w14:paraId="603A297B" w14:textId="77777777" w:rsidR="007406D8" w:rsidRDefault="00740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451D" w14:textId="77777777" w:rsidR="00D04007" w:rsidRDefault="00D040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3063" w14:textId="77777777" w:rsidR="00D04007" w:rsidRDefault="007406D8">
    <w:pPr>
      <w:pStyle w:val="Nagwek"/>
      <w:pBdr>
        <w:bottom w:val="single" w:sz="6" w:space="4" w:color="F28C28"/>
      </w:pBdr>
      <w:jc w:val="center"/>
    </w:pPr>
    <w:r>
      <w:rPr>
        <w:noProof/>
      </w:rPr>
      <w:drawing>
        <wp:inline distT="0" distB="0" distL="0" distR="0" wp14:anchorId="7CBA5DAD" wp14:editId="14A8B7ED">
          <wp:extent cx="1872000" cy="885620"/>
          <wp:effectExtent l="0" t="0" r="0" b="0"/>
          <wp:docPr id="129240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872000" cy="8856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2E22" w14:textId="77777777" w:rsidR="00D04007" w:rsidRDefault="00D0400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754159773">
    <w:abstractNumId w:val="8"/>
  </w:num>
  <w:num w:numId="2" w16cid:durableId="1915891543">
    <w:abstractNumId w:val="6"/>
  </w:num>
  <w:num w:numId="3" w16cid:durableId="1141196348">
    <w:abstractNumId w:val="5"/>
  </w:num>
  <w:num w:numId="4" w16cid:durableId="1307004513">
    <w:abstractNumId w:val="4"/>
  </w:num>
  <w:num w:numId="5" w16cid:durableId="123281911">
    <w:abstractNumId w:val="7"/>
  </w:num>
  <w:num w:numId="6" w16cid:durableId="1186138005">
    <w:abstractNumId w:val="3"/>
  </w:num>
  <w:num w:numId="7" w16cid:durableId="998075441">
    <w:abstractNumId w:val="2"/>
  </w:num>
  <w:num w:numId="8" w16cid:durableId="1071584644">
    <w:abstractNumId w:val="1"/>
  </w:num>
  <w:num w:numId="9" w16cid:durableId="97348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706C"/>
    <w:rsid w:val="0015074B"/>
    <w:rsid w:val="0029639D"/>
    <w:rsid w:val="00326F90"/>
    <w:rsid w:val="007406D8"/>
    <w:rsid w:val="00AA1D8D"/>
    <w:rsid w:val="00B47730"/>
    <w:rsid w:val="00CB0664"/>
    <w:rsid w:val="00D04007"/>
    <w:rsid w:val="00F207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466D58"/>
  <w14:defaultImageDpi w14:val="300"/>
  <w15:docId w15:val="{7236BE8D-0A7D-40F7-9AF6-3A58850E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005497"/>
      <w:sz w:val="32"/>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005497"/>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1803</Words>
  <Characters>10818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Zuzanna Sobczak</cp:lastModifiedBy>
  <cp:revision>2</cp:revision>
  <dcterms:created xsi:type="dcterms:W3CDTF">2026-06-15T10:45:00Z</dcterms:created>
  <dcterms:modified xsi:type="dcterms:W3CDTF">2026-06-15T10:45:00Z</dcterms:modified>
  <cp:category/>
</cp:coreProperties>
</file>